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F83F6" w14:textId="77777777" w:rsidR="0044274B" w:rsidRDefault="007270D1">
      <w:pPr>
        <w:spacing w:before="80" w:after="20"/>
      </w:pPr>
      <w:r>
        <w:rPr>
          <w:b/>
          <w:color w:val="5B9BD5"/>
          <w:sz w:val="24"/>
        </w:rPr>
        <w:t>AI TOOL AND USE-CASE</w:t>
      </w:r>
    </w:p>
    <w:p w14:paraId="1C762A3E" w14:textId="77777777" w:rsidR="0044274B" w:rsidRDefault="007270D1">
      <w:pPr>
        <w:spacing w:after="80"/>
      </w:pPr>
      <w:r>
        <w:rPr>
          <w:b/>
          <w:color w:val="17365D"/>
          <w:sz w:val="46"/>
        </w:rPr>
        <w:t>Evaluation Request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4274B" w14:paraId="24F989F9" w14:textId="77777777">
        <w:tc>
          <w:tcPr>
            <w:tcW w:w="936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D9EA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3F5700" w14:textId="77777777" w:rsidR="0044274B" w:rsidRDefault="007270D1">
            <w:pPr>
              <w:spacing w:after="40"/>
            </w:pPr>
            <w:r>
              <w:rPr>
                <w:b/>
                <w:color w:val="17365D"/>
                <w:sz w:val="20"/>
              </w:rPr>
              <w:t xml:space="preserve">Use this form: </w:t>
            </w:r>
            <w:r>
              <w:rPr>
                <w:color w:val="000000"/>
                <w:sz w:val="20"/>
              </w:rPr>
              <w:t>Submit through the IT Helpdesk for a new tool, Level 2 or Level 3 use, institutional purchase or account, structured teaching use, installation, integration or automation. Routine Level 1 use within the Register conditions does not require this form.</w:t>
            </w:r>
          </w:p>
        </w:tc>
      </w:tr>
    </w:tbl>
    <w:p w14:paraId="142EC963" w14:textId="77777777" w:rsidR="0044274B" w:rsidRDefault="0044274B">
      <w:pPr>
        <w:spacing w:after="80"/>
      </w:pPr>
    </w:p>
    <w:p w14:paraId="61F089B8" w14:textId="77777777" w:rsidR="0044274B" w:rsidRDefault="007270D1">
      <w:pPr>
        <w:keepNext/>
        <w:shd w:val="clear" w:color="auto" w:fill="17365D"/>
        <w:spacing w:before="110" w:after="110"/>
        <w:ind w:left="120" w:right="120"/>
      </w:pPr>
      <w:r>
        <w:rPr>
          <w:b/>
          <w:color w:val="FFFFFF"/>
          <w:sz w:val="24"/>
        </w:rPr>
        <w:t>A  Request Details</w:t>
      </w:r>
    </w:p>
    <w:p w14:paraId="63E03EDE" w14:textId="77777777" w:rsidR="0044274B" w:rsidRDefault="007270D1">
      <w:pPr>
        <w:keepNext/>
        <w:spacing w:after="120"/>
      </w:pPr>
      <w:r>
        <w:rPr>
          <w:i/>
          <w:color w:val="5B6573"/>
          <w:sz w:val="19"/>
        </w:rPr>
        <w:t>Requester completes; accountable owner confirms before submission.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2580"/>
        <w:gridCol w:w="2100"/>
        <w:gridCol w:w="2580"/>
      </w:tblGrid>
      <w:tr w:rsidR="0044274B" w14:paraId="72A6778C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D8C17C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Helpdesk ticket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38F09" w14:textId="77777777" w:rsidR="0044274B" w:rsidRDefault="00866510">
            <w:pPr>
              <w:spacing w:after="0"/>
            </w:pPr>
            <w:sdt>
              <w:sdtPr>
                <w:alias w:val="ticket"/>
                <w:tag w:val="ticket"/>
                <w:id w:val="1001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130FB4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Date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4E5883" w14:textId="77777777" w:rsidR="0044274B" w:rsidRDefault="00866510">
            <w:pPr>
              <w:spacing w:after="0"/>
            </w:pPr>
            <w:sdt>
              <w:sdtPr>
                <w:alias w:val="submitted date"/>
                <w:tag w:val="submitted_date"/>
                <w:id w:val="1002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2088B3CA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452D84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Requester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F0244E" w14:textId="77777777" w:rsidR="0044274B" w:rsidRDefault="00866510">
            <w:pPr>
              <w:spacing w:after="0"/>
            </w:pPr>
            <w:sdt>
              <w:sdtPr>
                <w:alias w:val="requester"/>
                <w:tag w:val="requester"/>
                <w:id w:val="1003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D87D9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Email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415C90" w14:textId="77777777" w:rsidR="0044274B" w:rsidRDefault="00866510">
            <w:pPr>
              <w:spacing w:after="0"/>
            </w:pPr>
            <w:sdt>
              <w:sdtPr>
                <w:alias w:val="requester email"/>
                <w:tag w:val="requester_email"/>
                <w:id w:val="1004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51C2ED69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661E0F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School/department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BEF7A" w14:textId="77777777" w:rsidR="0044274B" w:rsidRDefault="00866510">
            <w:pPr>
              <w:spacing w:after="0"/>
            </w:pPr>
            <w:sdt>
              <w:sdtPr>
                <w:alias w:val="department"/>
                <w:tag w:val="department"/>
                <w:id w:val="1005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3F06D7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Role/title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F6590C" w14:textId="77777777" w:rsidR="0044274B" w:rsidRDefault="00866510">
            <w:pPr>
              <w:spacing w:after="0"/>
            </w:pPr>
            <w:sdt>
              <w:sdtPr>
                <w:alias w:val="requester role"/>
                <w:tag w:val="requester_role"/>
                <w:id w:val="1006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6581E06F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1ABCFF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Accountable owner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D15309" w14:textId="77777777" w:rsidR="0044274B" w:rsidRDefault="00866510">
            <w:pPr>
              <w:spacing w:after="0"/>
            </w:pPr>
            <w:sdt>
              <w:sdtPr>
                <w:alias w:val="owner"/>
                <w:tag w:val="owner"/>
                <w:id w:val="1007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B5649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Owner role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A1C70" w14:textId="77777777" w:rsidR="0044274B" w:rsidRDefault="00866510">
            <w:pPr>
              <w:spacing w:after="0"/>
            </w:pPr>
            <w:sdt>
              <w:sdtPr>
                <w:alias w:val="owner role"/>
                <w:tag w:val="owner_role"/>
                <w:id w:val="1008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</w:tbl>
    <w:p w14:paraId="55D04858" w14:textId="77777777" w:rsidR="0044274B" w:rsidRDefault="007270D1">
      <w:pPr>
        <w:keepNext/>
        <w:spacing w:before="80" w:after="40"/>
      </w:pPr>
      <w:r>
        <w:rPr>
          <w:b/>
          <w:color w:val="17365D"/>
          <w:sz w:val="21"/>
        </w:rPr>
        <w:t>Request type (select all that apply)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44274B" w14:paraId="1F613A38" w14:textId="77777777" w:rsidTr="008062F7">
        <w:tc>
          <w:tcPr>
            <w:tcW w:w="46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74381A" w14:textId="77777777" w:rsidR="0044274B" w:rsidRDefault="00866510">
            <w:pPr>
              <w:spacing w:after="20"/>
            </w:pPr>
            <w:sdt>
              <w:sdtPr>
                <w:alias w:val="New tool or new use"/>
                <w:tag w:val="request_type_1"/>
                <w:id w:val="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New tool or new use   </w:t>
            </w:r>
          </w:p>
        </w:tc>
        <w:tc>
          <w:tcPr>
            <w:tcW w:w="46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91902" w14:textId="4877D465" w:rsidR="0044274B" w:rsidRDefault="00DE0607">
            <w:pPr>
              <w:spacing w:after="20"/>
            </w:pPr>
            <w:sdt>
              <w:sdtPr>
                <w:alias w:val="Pilot"/>
                <w:tag w:val="request_type_7"/>
                <w:id w:val="90033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000000"/>
                <w:sz w:val="21"/>
              </w:rPr>
              <w:t xml:space="preserve"> Pilot   </w:t>
            </w:r>
          </w:p>
        </w:tc>
      </w:tr>
      <w:tr w:rsidR="0044274B" w14:paraId="12C209DC" w14:textId="77777777" w:rsidTr="008062F7">
        <w:tc>
          <w:tcPr>
            <w:tcW w:w="46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033DAC" w14:textId="77777777" w:rsidR="0044274B" w:rsidRDefault="00866510">
            <w:pPr>
              <w:spacing w:after="20"/>
            </w:pPr>
            <w:sdt>
              <w:sdtPr>
                <w:alias w:val="Teaching/student use"/>
                <w:tag w:val="request_type_3"/>
                <w:id w:val="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Teaching/student use   </w:t>
            </w:r>
          </w:p>
        </w:tc>
        <w:tc>
          <w:tcPr>
            <w:tcW w:w="46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61ECB0" w14:textId="2632C00C" w:rsidR="0044274B" w:rsidRDefault="00DE0607">
            <w:pPr>
              <w:spacing w:after="20"/>
            </w:pPr>
            <w:sdt>
              <w:sdtPr>
                <w:alias w:val="Material change to an approved use"/>
                <w:tag w:val="request_type_8"/>
                <w:id w:val="-194799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000000"/>
                <w:sz w:val="21"/>
              </w:rPr>
              <w:t xml:space="preserve"> Material change to an approved use   </w:t>
            </w:r>
          </w:p>
        </w:tc>
      </w:tr>
      <w:tr w:rsidR="0044274B" w14:paraId="16E376D5" w14:textId="77777777" w:rsidTr="008062F7">
        <w:tc>
          <w:tcPr>
            <w:tcW w:w="46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01024E" w14:textId="3FB76B8E" w:rsidR="0044274B" w:rsidRDefault="00DE0607">
            <w:pPr>
              <w:spacing w:after="20"/>
            </w:pPr>
            <w:sdt>
              <w:sdtPr>
                <w:alias w:val="Research use"/>
                <w:tag w:val="request_type_4"/>
                <w:id w:val="165402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color w:val="000000"/>
                <w:sz w:val="21"/>
              </w:rPr>
              <w:t xml:space="preserve"> Research use   </w:t>
            </w:r>
          </w:p>
        </w:tc>
        <w:tc>
          <w:tcPr>
            <w:tcW w:w="46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24BD1" w14:textId="77777777" w:rsidR="0044274B" w:rsidRDefault="00866510">
            <w:pPr>
              <w:spacing w:after="20"/>
            </w:pPr>
            <w:sdt>
              <w:sdtPr>
                <w:alias w:val="Integration or automation"/>
                <w:tag w:val="request_type_6"/>
                <w:id w:val="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Integration or automation   </w:t>
            </w:r>
          </w:p>
        </w:tc>
      </w:tr>
    </w:tbl>
    <w:p w14:paraId="159AC720" w14:textId="77777777" w:rsidR="0044274B" w:rsidRDefault="0044274B">
      <w:pPr>
        <w:spacing w:after="40"/>
      </w:pPr>
    </w:p>
    <w:p w14:paraId="6DD5D064" w14:textId="77777777" w:rsidR="0044274B" w:rsidRDefault="007270D1">
      <w:pPr>
        <w:keepNext/>
        <w:shd w:val="clear" w:color="auto" w:fill="17365D"/>
        <w:spacing w:before="110" w:after="110"/>
        <w:ind w:left="120" w:right="120"/>
      </w:pPr>
      <w:r>
        <w:rPr>
          <w:b/>
          <w:color w:val="FFFFFF"/>
          <w:sz w:val="24"/>
        </w:rPr>
        <w:t>1  Use-Case Summary</w:t>
      </w:r>
    </w:p>
    <w:p w14:paraId="3EA88E41" w14:textId="77777777" w:rsidR="0044274B" w:rsidRDefault="007270D1">
      <w:pPr>
        <w:keepNext/>
        <w:spacing w:before="40" w:after="40"/>
      </w:pPr>
      <w:r>
        <w:rPr>
          <w:b/>
          <w:color w:val="17365D"/>
          <w:sz w:val="21"/>
        </w:rPr>
        <w:t>Purpose, benefit, users and outputs</w:t>
      </w:r>
      <w:r>
        <w:rPr>
          <w:i/>
          <w:color w:val="5B6573"/>
          <w:sz w:val="19"/>
        </w:rPr>
        <w:t xml:space="preserve">  What problem will this address, who will use it or be affected, and what will it produce?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4274B" w14:paraId="61BC8EE1" w14:textId="77777777">
        <w:trPr>
          <w:cantSplit/>
        </w:trPr>
        <w:tc>
          <w:tcPr>
            <w:tcW w:w="936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EE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62C40" w14:textId="77777777" w:rsidR="0044274B" w:rsidRDefault="00866510">
            <w:pPr>
              <w:spacing w:after="480"/>
            </w:pPr>
            <w:sdt>
              <w:sdtPr>
                <w:alias w:val="use case"/>
                <w:tag w:val="use_case"/>
                <w:id w:val="1019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21"/>
                  </w:rPr>
                  <w:t>Click or tap to enter text.</w:t>
                </w:r>
              </w:sdtContent>
            </w:sdt>
          </w:p>
        </w:tc>
      </w:tr>
    </w:tbl>
    <w:p w14:paraId="19C242B4" w14:textId="77777777" w:rsidR="0044274B" w:rsidRDefault="0044274B">
      <w:pPr>
        <w:spacing w:after="60"/>
      </w:pPr>
    </w:p>
    <w:p w14:paraId="4C85BB9F" w14:textId="77777777" w:rsidR="0044274B" w:rsidRDefault="007270D1">
      <w:pPr>
        <w:keepNext/>
        <w:spacing w:before="40" w:after="40"/>
      </w:pPr>
      <w:r>
        <w:rPr>
          <w:b/>
          <w:color w:val="17365D"/>
          <w:sz w:val="21"/>
        </w:rPr>
        <w:t>Why AI and alternatives considered</w:t>
      </w:r>
      <w:r>
        <w:rPr>
          <w:i/>
          <w:color w:val="5B6573"/>
          <w:sz w:val="19"/>
        </w:rPr>
        <w:t xml:space="preserve">  Explain why a non-AI or lower-risk option is insufficient.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4274B" w14:paraId="3EC90AE5" w14:textId="77777777">
        <w:trPr>
          <w:cantSplit/>
        </w:trPr>
        <w:tc>
          <w:tcPr>
            <w:tcW w:w="936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EE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7BA07F" w14:textId="77777777" w:rsidR="0044274B" w:rsidRDefault="00866510">
            <w:pPr>
              <w:spacing w:after="240"/>
            </w:pPr>
            <w:sdt>
              <w:sdtPr>
                <w:alias w:val="alternatives"/>
                <w:tag w:val="alternatives"/>
                <w:id w:val="1020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21"/>
                  </w:rPr>
                  <w:t>Click or tap to enter text.</w:t>
                </w:r>
              </w:sdtContent>
            </w:sdt>
          </w:p>
        </w:tc>
      </w:tr>
    </w:tbl>
    <w:p w14:paraId="41B3B61A" w14:textId="77777777" w:rsidR="0044274B" w:rsidRDefault="0044274B">
      <w:pPr>
        <w:spacing w:after="60"/>
      </w:pPr>
    </w:p>
    <w:p w14:paraId="7B2CDD9C" w14:textId="775C215B" w:rsidR="0044274B" w:rsidRDefault="007270D1" w:rsidP="003D131A">
      <w:r>
        <w:rPr>
          <w:b/>
          <w:color w:val="17365D"/>
          <w:sz w:val="21"/>
        </w:rPr>
        <w:t>Original or unpublished work</w:t>
      </w:r>
      <w:r>
        <w:rPr>
          <w:i/>
          <w:color w:val="5B6573"/>
          <w:sz w:val="19"/>
        </w:rPr>
        <w:t xml:space="preserve">  Identify any third-party work, rights/authority, author notification and how objections or non-AI alternatives will be handled.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4274B" w14:paraId="145B7B78" w14:textId="77777777">
        <w:trPr>
          <w:cantSplit/>
        </w:trPr>
        <w:tc>
          <w:tcPr>
            <w:tcW w:w="936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EE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3E9EB7" w14:textId="77777777" w:rsidR="0044274B" w:rsidRDefault="00866510">
            <w:pPr>
              <w:spacing w:after="240"/>
            </w:pPr>
            <w:sdt>
              <w:sdtPr>
                <w:alias w:val="authorship"/>
                <w:tag w:val="authorship"/>
                <w:id w:val="1021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21"/>
                  </w:rPr>
                  <w:t>Click or tap to enter text.</w:t>
                </w:r>
              </w:sdtContent>
            </w:sdt>
          </w:p>
        </w:tc>
      </w:tr>
    </w:tbl>
    <w:p w14:paraId="149C6BC9" w14:textId="77777777" w:rsidR="0044274B" w:rsidRDefault="0044274B">
      <w:pPr>
        <w:spacing w:after="60"/>
      </w:pPr>
    </w:p>
    <w:p w14:paraId="4FDFC98C" w14:textId="77777777" w:rsidR="0044274B" w:rsidRDefault="007270D1">
      <w:pPr>
        <w:keepNext/>
        <w:shd w:val="clear" w:color="auto" w:fill="17365D"/>
        <w:spacing w:before="110" w:after="110"/>
        <w:ind w:left="120" w:right="120"/>
      </w:pPr>
      <w:r>
        <w:rPr>
          <w:b/>
          <w:color w:val="FFFFFF"/>
          <w:sz w:val="24"/>
        </w:rPr>
        <w:lastRenderedPageBreak/>
        <w:t>2  Information and Data Protection Screening</w:t>
      </w:r>
    </w:p>
    <w:p w14:paraId="5743DD4B" w14:textId="77777777" w:rsidR="0044274B" w:rsidRDefault="007270D1">
      <w:pPr>
        <w:keepNext/>
        <w:spacing w:before="80" w:after="40"/>
      </w:pPr>
      <w:r>
        <w:rPr>
          <w:b/>
          <w:color w:val="17365D"/>
          <w:sz w:val="21"/>
        </w:rPr>
        <w:t>Information involved (select all that apply)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44274B" w14:paraId="7D6C5DD3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8D737D" w14:textId="77777777" w:rsidR="0044274B" w:rsidRDefault="00866510">
            <w:pPr>
              <w:spacing w:after="20"/>
            </w:pPr>
            <w:sdt>
              <w:sdtPr>
                <w:alias w:val="Public information"/>
                <w:tag w:val="data_screen_1"/>
                <w:id w:val="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Public information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947C2C" w14:textId="77777777" w:rsidR="0044274B" w:rsidRDefault="00866510">
            <w:pPr>
              <w:spacing w:after="20"/>
            </w:pPr>
            <w:sdt>
              <w:sdtPr>
                <w:alias w:val="Routine Low-Risk Institutional Content"/>
                <w:tag w:val="data_screen_2"/>
                <w:id w:val="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Routine Low-Risk Institutional Content   </w:t>
            </w:r>
          </w:p>
        </w:tc>
      </w:tr>
      <w:tr w:rsidR="0044274B" w14:paraId="243AA203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58708C" w14:textId="77777777" w:rsidR="0044274B" w:rsidRDefault="00866510">
            <w:pPr>
              <w:spacing w:after="20"/>
            </w:pPr>
            <w:sdt>
              <w:sdtPr>
                <w:alias w:val="Protected College Data"/>
                <w:tag w:val="data_screen_3"/>
                <w:id w:val="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Protected College Data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27F4D" w14:textId="77777777" w:rsidR="0044274B" w:rsidRDefault="00866510">
            <w:pPr>
              <w:spacing w:after="20"/>
            </w:pPr>
            <w:sdt>
              <w:sdtPr>
                <w:alias w:val="Personal data"/>
                <w:tag w:val="data_screen_4"/>
                <w:id w:val="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Personal data   </w:t>
            </w:r>
          </w:p>
        </w:tc>
      </w:tr>
      <w:tr w:rsidR="0044274B" w14:paraId="2BD6EB33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661C70" w14:textId="77777777" w:rsidR="0044274B" w:rsidRDefault="00866510">
            <w:pPr>
              <w:spacing w:after="20"/>
            </w:pPr>
            <w:sdt>
              <w:sdtPr>
                <w:alias w:val="Special-category/highly sensitive data"/>
                <w:tag w:val="data_screen_5"/>
                <w:id w:val="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Special-category/highly sensitive data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5DDC3E" w14:textId="77777777" w:rsidR="0044274B" w:rsidRDefault="00866510">
            <w:pPr>
              <w:spacing w:after="20"/>
            </w:pPr>
            <w:sdt>
              <w:sdtPr>
                <w:alias w:val="Children or vulnerable people"/>
                <w:tag w:val="data_screen_6"/>
                <w:id w:val="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Children or vulnerable people   </w:t>
            </w:r>
          </w:p>
        </w:tc>
      </w:tr>
      <w:tr w:rsidR="0044274B" w14:paraId="2D1CB817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9D19A" w14:textId="77777777" w:rsidR="0044274B" w:rsidRDefault="00866510">
            <w:pPr>
              <w:spacing w:after="20"/>
            </w:pPr>
            <w:sdt>
              <w:sdtPr>
                <w:alias w:val="Confidential research/third-party data"/>
                <w:tag w:val="data_screen_7"/>
                <w:id w:val="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Confidential research/third-party data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BAF382" w14:textId="6E8EB82E" w:rsidR="0044274B" w:rsidRDefault="00866510">
            <w:pPr>
              <w:spacing w:after="20"/>
            </w:pPr>
            <w:sdt>
              <w:sdtPr>
                <w:alias w:val="Credentials, secrets or restricted code"/>
                <w:tag w:val="data_screen_8"/>
                <w:id w:val="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Credentials</w:t>
            </w:r>
            <w:r w:rsidR="00257E4F">
              <w:rPr>
                <w:color w:val="000000"/>
                <w:sz w:val="21"/>
              </w:rPr>
              <w:t xml:space="preserve"> </w:t>
            </w:r>
            <w:r w:rsidR="007270D1">
              <w:rPr>
                <w:color w:val="000000"/>
                <w:sz w:val="21"/>
              </w:rPr>
              <w:t xml:space="preserve">or restricted code   </w:t>
            </w:r>
          </w:p>
        </w:tc>
      </w:tr>
      <w:tr w:rsidR="0044274B" w14:paraId="5129BBC4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CF197B" w14:textId="77777777" w:rsidR="0044274B" w:rsidRDefault="00866510">
            <w:pPr>
              <w:spacing w:after="20"/>
            </w:pPr>
            <w:sdt>
              <w:sdtPr>
                <w:alias w:val="No personal or Protected College Data"/>
                <w:tag w:val="data_screen_9"/>
                <w:id w:val="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No personal or Protected College Data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115654" w14:textId="77777777" w:rsidR="0044274B" w:rsidRDefault="00866510">
            <w:pPr>
              <w:spacing w:after="20"/>
            </w:pPr>
            <w:sdt>
              <w:sdtPr>
                <w:alias w:val="Uncertain - DPO advice required"/>
                <w:tag w:val="data_screen_10"/>
                <w:id w:val="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Uncertain - DPO advice required   </w:t>
            </w:r>
          </w:p>
        </w:tc>
      </w:tr>
    </w:tbl>
    <w:p w14:paraId="49153395" w14:textId="77777777" w:rsidR="0044274B" w:rsidRDefault="0044274B">
      <w:pPr>
        <w:spacing w:after="40"/>
      </w:pPr>
    </w:p>
    <w:p w14:paraId="4D68ABC0" w14:textId="77777777" w:rsidR="0044274B" w:rsidRDefault="007270D1">
      <w:pPr>
        <w:keepNext/>
        <w:spacing w:before="40" w:after="40"/>
      </w:pPr>
      <w:r>
        <w:rPr>
          <w:b/>
          <w:color w:val="17365D"/>
          <w:sz w:val="21"/>
        </w:rPr>
        <w:t>Data source, flow, scale and retention</w:t>
      </w:r>
      <w:r>
        <w:rPr>
          <w:i/>
          <w:color w:val="5B6573"/>
          <w:sz w:val="19"/>
        </w:rPr>
        <w:t xml:space="preserve">  Cover prompts/files, connectors, outputs/logs, people affected, storage and deletion.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4274B" w14:paraId="4BD8DB0A" w14:textId="77777777">
        <w:trPr>
          <w:cantSplit/>
        </w:trPr>
        <w:tc>
          <w:tcPr>
            <w:tcW w:w="936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EE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1CFAC" w14:textId="77777777" w:rsidR="0044274B" w:rsidRDefault="00866510">
            <w:pPr>
              <w:spacing w:after="480"/>
            </w:pPr>
            <w:sdt>
              <w:sdtPr>
                <w:alias w:val="data flow"/>
                <w:tag w:val="data_flow"/>
                <w:id w:val="1032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21"/>
                  </w:rPr>
                  <w:t>Click or tap to enter text.</w:t>
                </w:r>
              </w:sdtContent>
            </w:sdt>
          </w:p>
        </w:tc>
      </w:tr>
    </w:tbl>
    <w:p w14:paraId="5957FB81" w14:textId="77777777" w:rsidR="0044274B" w:rsidRDefault="0044274B">
      <w:pPr>
        <w:spacing w:after="60"/>
      </w:pPr>
    </w:p>
    <w:p w14:paraId="1F585AC8" w14:textId="77777777" w:rsidR="0044274B" w:rsidRDefault="007270D1">
      <w:pPr>
        <w:keepNext/>
        <w:spacing w:before="40" w:after="40"/>
      </w:pPr>
      <w:r>
        <w:rPr>
          <w:b/>
          <w:color w:val="17365D"/>
          <w:sz w:val="21"/>
        </w:rPr>
        <w:t>Provider handling and safeguards</w:t>
      </w:r>
      <w:r>
        <w:rPr>
          <w:i/>
          <w:color w:val="5B6573"/>
          <w:sz w:val="19"/>
        </w:rPr>
        <w:t xml:space="preserve">  Record location/transfers, retention, model training or onward use, access controls and anonymisation/pseudonymisation.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4274B" w14:paraId="4FF5E177" w14:textId="77777777">
        <w:trPr>
          <w:cantSplit/>
        </w:trPr>
        <w:tc>
          <w:tcPr>
            <w:tcW w:w="936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EE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9F791C" w14:textId="77777777" w:rsidR="0044274B" w:rsidRDefault="00866510">
            <w:pPr>
              <w:spacing w:after="480"/>
            </w:pPr>
            <w:sdt>
              <w:sdtPr>
                <w:alias w:val="provider handling"/>
                <w:tag w:val="provider_handling"/>
                <w:id w:val="1033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21"/>
                  </w:rPr>
                  <w:t>Click or tap to enter text.</w:t>
                </w:r>
              </w:sdtContent>
            </w:sdt>
          </w:p>
        </w:tc>
      </w:tr>
    </w:tbl>
    <w:p w14:paraId="26D77836" w14:textId="77777777" w:rsidR="0044274B" w:rsidRDefault="0044274B">
      <w:pPr>
        <w:spacing w:after="60"/>
      </w:pPr>
    </w:p>
    <w:p w14:paraId="332B6B43" w14:textId="77777777" w:rsidR="0044274B" w:rsidRDefault="007270D1">
      <w:pPr>
        <w:keepNext/>
        <w:shd w:val="clear" w:color="auto" w:fill="17365D"/>
        <w:spacing w:before="110" w:after="110"/>
        <w:ind w:left="120" w:right="120"/>
      </w:pPr>
      <w:r>
        <w:rPr>
          <w:b/>
          <w:color w:val="FFFFFF"/>
          <w:sz w:val="24"/>
        </w:rPr>
        <w:t>3  Risk and Legal Classification</w:t>
      </w:r>
    </w:p>
    <w:p w14:paraId="23BEB34C" w14:textId="77777777" w:rsidR="0044274B" w:rsidRDefault="007270D1">
      <w:pPr>
        <w:keepNext/>
        <w:spacing w:before="80" w:after="40"/>
      </w:pPr>
      <w:r>
        <w:rPr>
          <w:b/>
          <w:color w:val="17365D"/>
          <w:sz w:val="21"/>
        </w:rPr>
        <w:t>Risk areas (select all that apply)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44274B" w14:paraId="5D1A9083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128CC" w14:textId="77777777" w:rsidR="0044274B" w:rsidRDefault="00866510">
            <w:pPr>
              <w:spacing w:after="20"/>
            </w:pPr>
            <w:sdt>
              <w:sdtPr>
                <w:alias w:val="Security/privacy"/>
                <w:tag w:val="risk_areas_1"/>
                <w:id w:val="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Security/privacy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B7112B" w14:textId="77777777" w:rsidR="0044274B" w:rsidRDefault="00866510">
            <w:pPr>
              <w:spacing w:after="20"/>
            </w:pPr>
            <w:sdt>
              <w:sdtPr>
                <w:alias w:val="Equality/accessibility/bias"/>
                <w:tag w:val="risk_areas_2"/>
                <w:id w:val="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Equality/accessibility/bias   </w:t>
            </w:r>
          </w:p>
        </w:tc>
      </w:tr>
      <w:tr w:rsidR="0044274B" w14:paraId="49C056FE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26CF06" w14:textId="77777777" w:rsidR="0044274B" w:rsidRDefault="00866510">
            <w:pPr>
              <w:spacing w:after="20"/>
            </w:pPr>
            <w:sdt>
              <w:sdtPr>
                <w:alias w:val="Copyright/IP/authorship"/>
                <w:tag w:val="risk_areas_3"/>
                <w:id w:val="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Copyright/IP/authorship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E1066C" w14:textId="77777777" w:rsidR="0044274B" w:rsidRDefault="00866510">
            <w:pPr>
              <w:spacing w:after="20"/>
            </w:pPr>
            <w:sdt>
              <w:sdtPr>
                <w:alias w:val="Academic integrity"/>
                <w:tag w:val="risk_areas_4"/>
                <w:id w:val="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Academic integrity   </w:t>
            </w:r>
          </w:p>
        </w:tc>
      </w:tr>
      <w:tr w:rsidR="0044274B" w14:paraId="25E2073E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D62E8E" w14:textId="77777777" w:rsidR="0044274B" w:rsidRDefault="00866510">
            <w:pPr>
              <w:spacing w:after="20"/>
            </w:pPr>
            <w:sdt>
              <w:sdtPr>
                <w:alias w:val="Supplier/contract"/>
                <w:tag w:val="risk_areas_5"/>
                <w:id w:val="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Supplier/contract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C4E716" w14:textId="77777777" w:rsidR="0044274B" w:rsidRDefault="00866510">
            <w:pPr>
              <w:spacing w:after="20"/>
            </w:pPr>
            <w:sdt>
              <w:sdtPr>
                <w:alias w:val="Records/retention"/>
                <w:tag w:val="risk_areas_6"/>
                <w:id w:val="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Records/retention   </w:t>
            </w:r>
          </w:p>
        </w:tc>
      </w:tr>
      <w:tr w:rsidR="0044274B" w14:paraId="6624DDE1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3C9D9A" w14:textId="77777777" w:rsidR="0044274B" w:rsidRDefault="00866510">
            <w:pPr>
              <w:spacing w:after="20"/>
            </w:pPr>
            <w:sdt>
              <w:sdtPr>
                <w:alias w:val="Sustainability"/>
                <w:tag w:val="risk_areas_7"/>
                <w:id w:val="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Sustainability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77131C" w14:textId="77777777" w:rsidR="0044274B" w:rsidRDefault="00866510">
            <w:pPr>
              <w:spacing w:after="20"/>
            </w:pPr>
            <w:sdt>
              <w:sdtPr>
                <w:alias w:val="Operational/reputational impact"/>
                <w:tag w:val="risk_areas_8"/>
                <w:id w:val="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Operational/reputational impact   </w:t>
            </w:r>
          </w:p>
        </w:tc>
      </w:tr>
    </w:tbl>
    <w:p w14:paraId="2F60F03C" w14:textId="77777777" w:rsidR="0044274B" w:rsidRDefault="0044274B">
      <w:pPr>
        <w:spacing w:after="40"/>
      </w:pPr>
    </w:p>
    <w:p w14:paraId="34ECEC10" w14:textId="77777777" w:rsidR="0044274B" w:rsidRDefault="007270D1">
      <w:pPr>
        <w:keepNext/>
        <w:spacing w:before="80" w:after="40"/>
      </w:pPr>
      <w:r>
        <w:rPr>
          <w:b/>
          <w:color w:val="17365D"/>
          <w:sz w:val="21"/>
        </w:rPr>
        <w:t>Proposed level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44274B" w14:paraId="3E6B6F2B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8F97C" w14:textId="77777777" w:rsidR="0044274B" w:rsidRDefault="00866510">
            <w:pPr>
              <w:spacing w:after="20"/>
            </w:pPr>
            <w:sdt>
              <w:sdtPr>
                <w:alias w:val="Level 1 - Routine/low risk"/>
                <w:tag w:val="level_1"/>
                <w:id w:val="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Level 1 - Routine/low risk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F7AB17" w14:textId="77777777" w:rsidR="0044274B" w:rsidRDefault="00866510">
            <w:pPr>
              <w:spacing w:after="20"/>
            </w:pPr>
            <w:sdt>
              <w:sdtPr>
                <w:alias w:val="Level 2 - Institutional/controlled"/>
                <w:tag w:val="level_2"/>
                <w:id w:val="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Level 2 - Institutional/controlled   </w:t>
            </w:r>
          </w:p>
        </w:tc>
      </w:tr>
      <w:tr w:rsidR="0044274B" w14:paraId="0FD76955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94965E" w14:textId="77777777" w:rsidR="0044274B" w:rsidRDefault="00866510">
            <w:pPr>
              <w:spacing w:after="20"/>
            </w:pPr>
            <w:sdt>
              <w:sdtPr>
                <w:alias w:val="Level 3 - High risk/significant"/>
                <w:tag w:val="level_3"/>
                <w:id w:val="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Level 3 - High risk/significant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597481" w14:textId="77777777" w:rsidR="0044274B" w:rsidRDefault="00866510">
            <w:pPr>
              <w:spacing w:after="20"/>
            </w:pPr>
            <w:sdt>
              <w:sdtPr>
                <w:alias w:val="Uncertain"/>
                <w:tag w:val="level_4"/>
                <w:id w:val="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Uncertain   </w:t>
            </w:r>
          </w:p>
        </w:tc>
      </w:tr>
    </w:tbl>
    <w:p w14:paraId="55F0AE14" w14:textId="77777777" w:rsidR="0044274B" w:rsidRDefault="0044274B">
      <w:pPr>
        <w:spacing w:after="40"/>
      </w:pPr>
    </w:p>
    <w:p w14:paraId="3FC91D32" w14:textId="77777777" w:rsidR="003D131A" w:rsidRDefault="003D131A">
      <w:pPr>
        <w:keepNext/>
        <w:spacing w:before="80" w:after="40"/>
        <w:rPr>
          <w:b/>
          <w:color w:val="17365D"/>
          <w:sz w:val="21"/>
        </w:rPr>
      </w:pPr>
    </w:p>
    <w:p w14:paraId="26EBEAE5" w14:textId="77777777" w:rsidR="003D131A" w:rsidRDefault="003D131A">
      <w:pPr>
        <w:keepNext/>
        <w:spacing w:before="80" w:after="40"/>
        <w:rPr>
          <w:b/>
          <w:color w:val="17365D"/>
          <w:sz w:val="21"/>
        </w:rPr>
      </w:pPr>
    </w:p>
    <w:p w14:paraId="0D532B0E" w14:textId="2171D458" w:rsidR="0044274B" w:rsidRDefault="007270D1">
      <w:pPr>
        <w:keepNext/>
        <w:spacing w:before="80" w:after="40"/>
      </w:pPr>
      <w:r>
        <w:rPr>
          <w:b/>
          <w:color w:val="17365D"/>
          <w:sz w:val="21"/>
        </w:rPr>
        <w:t>EU AI Act/significant-decision screening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44274B" w14:paraId="020B7AC3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A7803E" w14:textId="77777777" w:rsidR="0044274B" w:rsidRDefault="00866510">
            <w:pPr>
              <w:spacing w:after="20"/>
            </w:pPr>
            <w:sdt>
              <w:sdtPr>
                <w:alias w:val="Admissions/access"/>
                <w:tag w:val="eu_screen_1"/>
                <w:id w:val="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Admissions/access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EFA14B" w14:textId="77777777" w:rsidR="0044274B" w:rsidRDefault="00866510">
            <w:pPr>
              <w:spacing w:after="20"/>
            </w:pPr>
            <w:sdt>
              <w:sdtPr>
                <w:alias w:val="Student assessment/progression/exams"/>
                <w:tag w:val="eu_screen_2"/>
                <w:id w:val="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Student assessment/progression/exams   </w:t>
            </w:r>
          </w:p>
        </w:tc>
      </w:tr>
      <w:tr w:rsidR="0044274B" w14:paraId="27788280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714D61" w14:textId="77777777" w:rsidR="0044274B" w:rsidRDefault="00866510">
            <w:pPr>
              <w:spacing w:after="20"/>
            </w:pPr>
            <w:sdt>
              <w:sdtPr>
                <w:alias w:val="Employment/worker management"/>
                <w:tag w:val="eu_screen_3"/>
                <w:id w:val="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Employment/worker management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B2411B" w14:textId="77777777" w:rsidR="0044274B" w:rsidRDefault="00866510">
            <w:pPr>
              <w:spacing w:after="20"/>
            </w:pPr>
            <w:sdt>
              <w:sdtPr>
                <w:alias w:val="Profiling or significant decisions"/>
                <w:tag w:val="eu_screen_4"/>
                <w:id w:val="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Profiling or significant decisions   </w:t>
            </w:r>
          </w:p>
        </w:tc>
      </w:tr>
      <w:tr w:rsidR="0044274B" w14:paraId="31D2D870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32C3C" w14:textId="77777777" w:rsidR="0044274B" w:rsidRDefault="00866510">
            <w:pPr>
              <w:spacing w:after="20"/>
            </w:pPr>
            <w:sdt>
              <w:sdtPr>
                <w:alias w:val="Biometric/emotion/prohibited-practice concern"/>
                <w:tag w:val="eu_screen_5"/>
                <w:id w:val="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Biometric/emotion/prohibited-practice concern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34DB6E" w14:textId="77777777" w:rsidR="0044274B" w:rsidRDefault="00866510">
            <w:pPr>
              <w:spacing w:after="20"/>
            </w:pPr>
            <w:sdt>
              <w:sdtPr>
                <w:alias w:val="None identified"/>
                <w:tag w:val="eu_screen_6"/>
                <w:id w:val="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None identified   </w:t>
            </w:r>
          </w:p>
        </w:tc>
      </w:tr>
      <w:tr w:rsidR="0044274B" w14:paraId="22D32A27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C6137D" w14:textId="77777777" w:rsidR="0044274B" w:rsidRDefault="00866510">
            <w:pPr>
              <w:spacing w:after="20"/>
            </w:pPr>
            <w:sdt>
              <w:sdtPr>
                <w:alias w:val="Uncertain"/>
                <w:tag w:val="eu_screen_7"/>
                <w:id w:val="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Uncertain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64ADF" w14:textId="77777777" w:rsidR="0044274B" w:rsidRDefault="0044274B"/>
        </w:tc>
      </w:tr>
    </w:tbl>
    <w:p w14:paraId="1A04D0A5" w14:textId="77777777" w:rsidR="0044274B" w:rsidRDefault="0044274B">
      <w:pPr>
        <w:spacing w:after="40"/>
      </w:pPr>
    </w:p>
    <w:p w14:paraId="45C4FF71" w14:textId="77777777" w:rsidR="0044274B" w:rsidRDefault="007270D1">
      <w:pPr>
        <w:keepNext/>
        <w:spacing w:before="40" w:after="40"/>
      </w:pPr>
      <w:r>
        <w:rPr>
          <w:b/>
          <w:color w:val="17365D"/>
          <w:sz w:val="21"/>
        </w:rPr>
        <w:t>Key risks, controls and classification rationale</w:t>
      </w:r>
      <w:r>
        <w:rPr>
          <w:i/>
          <w:color w:val="5B6573"/>
          <w:sz w:val="19"/>
        </w:rPr>
        <w:t xml:space="preserve">  Include NCI's likely operator role and any potentially high-risk use.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4274B" w14:paraId="57D9AFEF" w14:textId="77777777">
        <w:trPr>
          <w:cantSplit/>
        </w:trPr>
        <w:tc>
          <w:tcPr>
            <w:tcW w:w="936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EE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88600D" w14:textId="77777777" w:rsidR="0044274B" w:rsidRDefault="00866510">
            <w:pPr>
              <w:spacing w:after="480"/>
            </w:pPr>
            <w:sdt>
              <w:sdtPr>
                <w:alias w:val="risk rationale"/>
                <w:tag w:val="risk_rationale"/>
                <w:id w:val="1053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21"/>
                  </w:rPr>
                  <w:t>Click or tap to enter text.</w:t>
                </w:r>
              </w:sdtContent>
            </w:sdt>
          </w:p>
        </w:tc>
      </w:tr>
    </w:tbl>
    <w:p w14:paraId="553F3C2A" w14:textId="77777777" w:rsidR="0044274B" w:rsidRDefault="0044274B">
      <w:pPr>
        <w:spacing w:after="60"/>
      </w:pPr>
    </w:p>
    <w:p w14:paraId="75F3F703" w14:textId="77777777" w:rsidR="0044274B" w:rsidRDefault="007270D1">
      <w:pPr>
        <w:keepNext/>
        <w:shd w:val="clear" w:color="auto" w:fill="17365D"/>
        <w:spacing w:before="110" w:after="110"/>
        <w:ind w:left="120" w:right="120"/>
      </w:pPr>
      <w:r>
        <w:rPr>
          <w:b/>
          <w:color w:val="FFFFFF"/>
          <w:sz w:val="24"/>
        </w:rPr>
        <w:t>4  Tool and Deployment Details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2580"/>
        <w:gridCol w:w="2100"/>
        <w:gridCol w:w="2580"/>
      </w:tblGrid>
      <w:tr w:rsidR="0044274B" w14:paraId="48197AF6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8338A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Tool/product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BDFBF0" w14:textId="77777777" w:rsidR="0044274B" w:rsidRDefault="00866510">
            <w:pPr>
              <w:spacing w:after="0"/>
            </w:pPr>
            <w:sdt>
              <w:sdtPr>
                <w:alias w:val="tool"/>
                <w:tag w:val="tool"/>
                <w:id w:val="1054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718FB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Provider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061327" w14:textId="77777777" w:rsidR="0044274B" w:rsidRDefault="00866510">
            <w:pPr>
              <w:spacing w:after="0"/>
            </w:pPr>
            <w:sdt>
              <w:sdtPr>
                <w:alias w:val="provider"/>
                <w:tag w:val="provider"/>
                <w:id w:val="1055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02994661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8F0743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Version/model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64B4A" w14:textId="77777777" w:rsidR="0044274B" w:rsidRDefault="00866510">
            <w:pPr>
              <w:spacing w:after="0"/>
            </w:pPr>
            <w:sdt>
              <w:sdtPr>
                <w:alias w:val="version"/>
                <w:tag w:val="version"/>
                <w:id w:val="1056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532754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Tier/plan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18AC5D" w14:textId="77777777" w:rsidR="0044274B" w:rsidRDefault="00866510">
            <w:pPr>
              <w:spacing w:after="0"/>
            </w:pPr>
            <w:sdt>
              <w:sdtPr>
                <w:alias w:val="tier"/>
                <w:tag w:val="tier"/>
                <w:id w:val="1057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599283A0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D9B81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Website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B37A68" w14:textId="77777777" w:rsidR="0044274B" w:rsidRDefault="00866510">
            <w:pPr>
              <w:spacing w:after="0"/>
            </w:pPr>
            <w:sdt>
              <w:sdtPr>
                <w:alias w:val="website"/>
                <w:tag w:val="website"/>
                <w:id w:val="1058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6BD0C2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Hosting/location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46850" w14:textId="77777777" w:rsidR="0044274B" w:rsidRDefault="00866510">
            <w:pPr>
              <w:spacing w:after="0"/>
            </w:pPr>
            <w:sdt>
              <w:sdtPr>
                <w:alias w:val="hosting"/>
                <w:tag w:val="hosting"/>
                <w:id w:val="1059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2D6592EB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D084AA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Licence/cost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7E4B0C" w14:textId="77777777" w:rsidR="0044274B" w:rsidRDefault="00866510">
            <w:pPr>
              <w:spacing w:after="0"/>
            </w:pPr>
            <w:sdt>
              <w:sdtPr>
                <w:alias w:val="licence cost"/>
                <w:tag w:val="licence_cost"/>
                <w:id w:val="1060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11C44E" w14:textId="48DABF38" w:rsidR="0044274B" w:rsidRDefault="00956A46">
            <w:pPr>
              <w:spacing w:after="0"/>
            </w:pPr>
            <w:r>
              <w:rPr>
                <w:b/>
                <w:color w:val="17365D"/>
                <w:sz w:val="19"/>
              </w:rPr>
              <w:t xml:space="preserve">Number of </w:t>
            </w:r>
            <w:r w:rsidR="007270D1">
              <w:rPr>
                <w:b/>
                <w:color w:val="17365D"/>
                <w:sz w:val="19"/>
              </w:rPr>
              <w:t>Proposed users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A4BFF9" w14:textId="77777777" w:rsidR="0044274B" w:rsidRDefault="00866510">
            <w:pPr>
              <w:spacing w:after="0"/>
            </w:pPr>
            <w:sdt>
              <w:sdtPr>
                <w:alias w:val="user numbers"/>
                <w:tag w:val="user_numbers"/>
                <w:id w:val="1061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</w:tbl>
    <w:p w14:paraId="2CC20495" w14:textId="77777777" w:rsidR="0044274B" w:rsidRDefault="007270D1">
      <w:pPr>
        <w:keepNext/>
        <w:spacing w:before="80" w:after="40"/>
      </w:pPr>
      <w:r>
        <w:rPr>
          <w:b/>
          <w:color w:val="17365D"/>
          <w:sz w:val="21"/>
        </w:rPr>
        <w:t>Register status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44274B" w14:paraId="6CB5566B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369F59" w14:textId="77777777" w:rsidR="0044274B" w:rsidRDefault="00866510">
            <w:pPr>
              <w:spacing w:after="20"/>
            </w:pPr>
            <w:sdt>
              <w:sdtPr>
                <w:alias w:val="Approved for this use"/>
                <w:tag w:val="register_status_1"/>
                <w:id w:val="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Approved for this use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8BDD4C" w14:textId="77777777" w:rsidR="0044274B" w:rsidRDefault="00866510">
            <w:pPr>
              <w:spacing w:after="20"/>
            </w:pPr>
            <w:sdt>
              <w:sdtPr>
                <w:alias w:val="Approved with conditions"/>
                <w:tag w:val="register_status_2"/>
                <w:id w:val="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Approved with conditions   </w:t>
            </w:r>
          </w:p>
        </w:tc>
      </w:tr>
      <w:tr w:rsidR="0044274B" w14:paraId="3979C1BF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C12E5A" w14:textId="77777777" w:rsidR="0044274B" w:rsidRDefault="00866510">
            <w:pPr>
              <w:spacing w:after="20"/>
            </w:pPr>
            <w:sdt>
              <w:sdtPr>
                <w:alias w:val="Permitted external category"/>
                <w:tag w:val="register_status_3"/>
                <w:id w:val="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Permitted external category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1BE054" w14:textId="77777777" w:rsidR="0044274B" w:rsidRDefault="00866510">
            <w:pPr>
              <w:spacing w:after="20"/>
            </w:pPr>
            <w:sdt>
              <w:sdtPr>
                <w:alias w:val="Under review"/>
                <w:tag w:val="register_status_4"/>
                <w:id w:val="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Under review   </w:t>
            </w:r>
          </w:p>
        </w:tc>
      </w:tr>
      <w:tr w:rsidR="0044274B" w14:paraId="1C354DD7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A7DF4" w14:textId="77777777" w:rsidR="0044274B" w:rsidRDefault="00866510">
            <w:pPr>
              <w:spacing w:after="20"/>
            </w:pPr>
            <w:sdt>
              <w:sdtPr>
                <w:alias w:val="Not approved/not listed"/>
                <w:tag w:val="register_status_5"/>
                <w:id w:val="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Not approved/not listed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8EAAA5" w14:textId="77777777" w:rsidR="0044274B" w:rsidRDefault="00866510">
            <w:pPr>
              <w:spacing w:after="20"/>
            </w:pPr>
            <w:sdt>
              <w:sdtPr>
                <w:alias w:val="Uncertain"/>
                <w:tag w:val="register_status_6"/>
                <w:id w:val="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Uncertain   </w:t>
            </w:r>
          </w:p>
        </w:tc>
      </w:tr>
    </w:tbl>
    <w:p w14:paraId="43F7F909" w14:textId="77777777" w:rsidR="0044274B" w:rsidRDefault="0044274B">
      <w:pPr>
        <w:spacing w:after="40"/>
      </w:pPr>
    </w:p>
    <w:p w14:paraId="1B19B67F" w14:textId="77777777" w:rsidR="0044274B" w:rsidRDefault="007270D1">
      <w:pPr>
        <w:keepNext/>
        <w:spacing w:before="40" w:after="40"/>
      </w:pPr>
      <w:r>
        <w:rPr>
          <w:b/>
          <w:color w:val="17365D"/>
          <w:sz w:val="21"/>
        </w:rPr>
        <w:t>Selection and deployment</w:t>
      </w:r>
      <w:r>
        <w:rPr>
          <w:i/>
          <w:color w:val="5B6573"/>
          <w:sz w:val="19"/>
        </w:rPr>
        <w:t xml:space="preserve">  Why this product/tier; accounts/licences; SSO/MFA; installation; labs/devices; APIs, extensions, connectors or automation.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4274B" w14:paraId="3BC9A1DE" w14:textId="77777777">
        <w:trPr>
          <w:cantSplit/>
        </w:trPr>
        <w:tc>
          <w:tcPr>
            <w:tcW w:w="936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EE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7AF303" w14:textId="77777777" w:rsidR="0044274B" w:rsidRDefault="00866510">
            <w:pPr>
              <w:spacing w:after="480"/>
            </w:pPr>
            <w:sdt>
              <w:sdtPr>
                <w:alias w:val="deployment"/>
                <w:tag w:val="deployment"/>
                <w:id w:val="1068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21"/>
                  </w:rPr>
                  <w:t>Click or tap to enter text.</w:t>
                </w:r>
              </w:sdtContent>
            </w:sdt>
          </w:p>
        </w:tc>
      </w:tr>
    </w:tbl>
    <w:p w14:paraId="41538B14" w14:textId="77777777" w:rsidR="0044274B" w:rsidRDefault="0044274B">
      <w:pPr>
        <w:spacing w:after="60"/>
      </w:pPr>
    </w:p>
    <w:p w14:paraId="3D0B5868" w14:textId="77777777" w:rsidR="0044274B" w:rsidRDefault="007270D1">
      <w:pPr>
        <w:keepNext/>
        <w:shd w:val="clear" w:color="auto" w:fill="17365D"/>
        <w:spacing w:before="110" w:after="110"/>
        <w:ind w:left="120" w:right="120"/>
      </w:pPr>
      <w:r>
        <w:rPr>
          <w:b/>
          <w:color w:val="FFFFFF"/>
          <w:sz w:val="24"/>
        </w:rPr>
        <w:t>4A  Teaching or Research (if applicable)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2580"/>
        <w:gridCol w:w="2100"/>
        <w:gridCol w:w="2580"/>
      </w:tblGrid>
      <w:tr w:rsidR="0044274B" w14:paraId="02C9CF85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4B54F6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Programme/module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0750A3" w14:textId="77777777" w:rsidR="0044274B" w:rsidRDefault="00866510">
            <w:pPr>
              <w:spacing w:after="0"/>
            </w:pPr>
            <w:sdt>
              <w:sdtPr>
                <w:alias w:val="programme"/>
                <w:tag w:val="programme"/>
                <w:id w:val="1069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AD4D03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Academic owner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705717" w14:textId="77777777" w:rsidR="0044274B" w:rsidRDefault="00866510">
            <w:pPr>
              <w:spacing w:after="0"/>
            </w:pPr>
            <w:sdt>
              <w:sdtPr>
                <w:alias w:val="academic owner"/>
                <w:tag w:val="academic_owner"/>
                <w:id w:val="1070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6E44FC3C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AE3B5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Research project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6E47AF" w14:textId="77777777" w:rsidR="0044274B" w:rsidRDefault="00866510">
            <w:pPr>
              <w:spacing w:after="0"/>
            </w:pPr>
            <w:sdt>
              <w:sdtPr>
                <w:alias w:val="research project"/>
                <w:tag w:val="research_project"/>
                <w:id w:val="1071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C0E681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PI/research owner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57CC4A" w14:textId="77777777" w:rsidR="0044274B" w:rsidRDefault="00866510">
            <w:pPr>
              <w:spacing w:after="0"/>
            </w:pPr>
            <w:sdt>
              <w:sdtPr>
                <w:alias w:val="research owner"/>
                <w:tag w:val="research_owner"/>
                <w:id w:val="1072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</w:tbl>
    <w:p w14:paraId="678D8354" w14:textId="77777777" w:rsidR="0044274B" w:rsidRDefault="007270D1">
      <w:pPr>
        <w:keepNext/>
        <w:spacing w:before="40" w:after="40"/>
      </w:pPr>
      <w:r>
        <w:rPr>
          <w:b/>
          <w:color w:val="17365D"/>
          <w:sz w:val="21"/>
        </w:rPr>
        <w:lastRenderedPageBreak/>
        <w:t>Rationale and intended activity</w:t>
      </w:r>
      <w:r>
        <w:rPr>
          <w:i/>
          <w:color w:val="5B6573"/>
          <w:sz w:val="19"/>
        </w:rPr>
        <w:t xml:space="preserve">  Include learning outcome, industry/validation/funder rationale, student/research activity and any assessment or ethics implications.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4274B" w14:paraId="4262D659" w14:textId="77777777">
        <w:trPr>
          <w:cantSplit/>
        </w:trPr>
        <w:tc>
          <w:tcPr>
            <w:tcW w:w="936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EE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41F55" w14:textId="77777777" w:rsidR="0044274B" w:rsidRDefault="00866510">
            <w:pPr>
              <w:spacing w:after="480"/>
            </w:pPr>
            <w:sdt>
              <w:sdtPr>
                <w:alias w:val="academic rationale"/>
                <w:tag w:val="academic_rationale"/>
                <w:id w:val="1073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21"/>
                  </w:rPr>
                  <w:t>Click or tap to enter text.</w:t>
                </w:r>
              </w:sdtContent>
            </w:sdt>
          </w:p>
        </w:tc>
      </w:tr>
    </w:tbl>
    <w:p w14:paraId="64C5DF55" w14:textId="77777777" w:rsidR="0044274B" w:rsidRDefault="0044274B">
      <w:pPr>
        <w:spacing w:after="60"/>
      </w:pPr>
    </w:p>
    <w:p w14:paraId="1615B944" w14:textId="77777777" w:rsidR="0044274B" w:rsidRDefault="007270D1">
      <w:pPr>
        <w:keepNext/>
        <w:spacing w:before="40" w:after="40"/>
      </w:pPr>
      <w:r>
        <w:rPr>
          <w:b/>
          <w:color w:val="17365D"/>
          <w:sz w:val="21"/>
        </w:rPr>
        <w:t>Accessibility, equity and alternatives</w:t>
      </w:r>
      <w:r>
        <w:rPr>
          <w:i/>
          <w:color w:val="5B6573"/>
          <w:sz w:val="19"/>
        </w:rPr>
        <w:t xml:space="preserve">  Cover accounts, cost, age/terms, accessibility and reasonable non-AI provision.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4274B" w14:paraId="415B3A50" w14:textId="77777777">
        <w:trPr>
          <w:cantSplit/>
        </w:trPr>
        <w:tc>
          <w:tcPr>
            <w:tcW w:w="936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EE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12311" w14:textId="77777777" w:rsidR="0044274B" w:rsidRDefault="00866510">
            <w:pPr>
              <w:spacing w:after="240"/>
            </w:pPr>
            <w:sdt>
              <w:sdtPr>
                <w:alias w:val="access equity"/>
                <w:tag w:val="access_equity"/>
                <w:id w:val="1074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21"/>
                  </w:rPr>
                  <w:t>Click or tap to enter text.</w:t>
                </w:r>
              </w:sdtContent>
            </w:sdt>
          </w:p>
        </w:tc>
      </w:tr>
    </w:tbl>
    <w:p w14:paraId="63D8E18F" w14:textId="77777777" w:rsidR="0044274B" w:rsidRDefault="0044274B">
      <w:pPr>
        <w:spacing w:after="60"/>
      </w:pPr>
    </w:p>
    <w:p w14:paraId="12520444" w14:textId="77777777" w:rsidR="0044274B" w:rsidRDefault="007270D1">
      <w:pPr>
        <w:keepNext/>
        <w:spacing w:before="80" w:after="40"/>
      </w:pPr>
      <w:r>
        <w:rPr>
          <w:b/>
          <w:color w:val="17365D"/>
          <w:sz w:val="21"/>
        </w:rPr>
        <w:t>Evidence attached or linked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44274B" w14:paraId="18ECF247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A6BF5" w14:textId="77777777" w:rsidR="0044274B" w:rsidRDefault="00866510">
            <w:pPr>
              <w:spacing w:after="20"/>
            </w:pPr>
            <w:sdt>
              <w:sdtPr>
                <w:alias w:val="Terms/privacy"/>
                <w:tag w:val="evidence_1"/>
                <w:id w:val="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Terms/privacy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8C8C3E" w14:textId="77777777" w:rsidR="0044274B" w:rsidRDefault="00866510">
            <w:pPr>
              <w:spacing w:after="20"/>
            </w:pPr>
            <w:sdt>
              <w:sdtPr>
                <w:alias w:val="Security/data-processing"/>
                <w:tag w:val="evidence_2"/>
                <w:id w:val="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Security/data-processing   </w:t>
            </w:r>
          </w:p>
        </w:tc>
      </w:tr>
      <w:tr w:rsidR="0044274B" w14:paraId="37B2FF4C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1759C5" w14:textId="77777777" w:rsidR="0044274B" w:rsidRDefault="00866510">
            <w:pPr>
              <w:spacing w:after="20"/>
            </w:pPr>
            <w:sdt>
              <w:sdtPr>
                <w:alias w:val="Accessibility"/>
                <w:tag w:val="evidence_3"/>
                <w:id w:val="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Accessibility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DBBB72" w14:textId="77777777" w:rsidR="0044274B" w:rsidRDefault="00866510">
            <w:pPr>
              <w:spacing w:after="20"/>
            </w:pPr>
            <w:sdt>
              <w:sdtPr>
                <w:alias w:val="Sustainability"/>
                <w:tag w:val="evidence_4"/>
                <w:id w:val="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Sustainability   </w:t>
            </w:r>
          </w:p>
        </w:tc>
      </w:tr>
      <w:tr w:rsidR="0044274B" w14:paraId="1457844B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F8DC40" w14:textId="77777777" w:rsidR="0044274B" w:rsidRDefault="00866510">
            <w:pPr>
              <w:spacing w:after="20"/>
            </w:pPr>
            <w:sdt>
              <w:sdtPr>
                <w:alias w:val="Pricing/licensing"/>
                <w:tag w:val="evidence_5"/>
                <w:id w:val="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Pricing/licensing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674B1" w14:textId="77777777" w:rsidR="0044274B" w:rsidRDefault="00866510">
            <w:pPr>
              <w:spacing w:after="20"/>
            </w:pPr>
            <w:sdt>
              <w:sdtPr>
                <w:alias w:val="Academic/research evidence"/>
                <w:tag w:val="evidence_6"/>
                <w:id w:val="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Academic/research evidence   </w:t>
            </w:r>
          </w:p>
        </w:tc>
      </w:tr>
      <w:tr w:rsidR="0044274B" w14:paraId="3B6390C9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7AEA7D" w14:textId="77777777" w:rsidR="0044274B" w:rsidRDefault="00866510">
            <w:pPr>
              <w:spacing w:after="20"/>
            </w:pPr>
            <w:sdt>
              <w:sdtPr>
                <w:alias w:val="Architecture/data flow"/>
                <w:tag w:val="evidence_7"/>
                <w:id w:val="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Architecture/data flow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2B4ED" w14:textId="77777777" w:rsidR="0044274B" w:rsidRDefault="00866510">
            <w:pPr>
              <w:spacing w:after="20"/>
            </w:pPr>
            <w:sdt>
              <w:sdtPr>
                <w:alias w:val="Other"/>
                <w:tag w:val="evidence_8"/>
                <w:id w:val="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Other   </w:t>
            </w:r>
          </w:p>
        </w:tc>
      </w:tr>
    </w:tbl>
    <w:p w14:paraId="75B63AB2" w14:textId="77777777" w:rsidR="0044274B" w:rsidRDefault="0044274B">
      <w:pPr>
        <w:spacing w:after="40"/>
      </w:pPr>
    </w:p>
    <w:p w14:paraId="6AF6AA09" w14:textId="77777777" w:rsidR="0044274B" w:rsidRDefault="007270D1">
      <w:pPr>
        <w:keepNext/>
        <w:shd w:val="clear" w:color="auto" w:fill="17365D"/>
        <w:spacing w:before="110" w:after="110"/>
        <w:ind w:left="120" w:right="120"/>
      </w:pPr>
      <w:r>
        <w:rPr>
          <w:b/>
          <w:color w:val="FFFFFF"/>
          <w:sz w:val="24"/>
        </w:rPr>
        <w:t>B  Owner Confirmation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2580"/>
        <w:gridCol w:w="2100"/>
        <w:gridCol w:w="2580"/>
      </w:tblGrid>
      <w:tr w:rsidR="0044274B" w14:paraId="1BBA301D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E6005A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Owner name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83184" w14:textId="77777777" w:rsidR="0044274B" w:rsidRDefault="00866510">
            <w:pPr>
              <w:spacing w:after="0"/>
            </w:pPr>
            <w:sdt>
              <w:sdtPr>
                <w:alias w:val="owner confirm"/>
                <w:tag w:val="owner_confirm"/>
                <w:id w:val="1083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809754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Confirmation/date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3A4D75" w14:textId="77777777" w:rsidR="0044274B" w:rsidRDefault="00866510">
            <w:pPr>
              <w:spacing w:after="0"/>
            </w:pPr>
            <w:sdt>
              <w:sdtPr>
                <w:alias w:val="owner confirmation date"/>
                <w:tag w:val="owner_confirmation_date"/>
                <w:id w:val="1084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</w:tbl>
    <w:p w14:paraId="50D47B43" w14:textId="77777777" w:rsidR="0044274B" w:rsidRDefault="007270D1">
      <w:pPr>
        <w:spacing w:before="60" w:after="40"/>
      </w:pPr>
      <w:r>
        <w:rPr>
          <w:i/>
          <w:color w:val="5B6573"/>
          <w:sz w:val="19"/>
        </w:rPr>
        <w:t>By confirming, the owner accepts responsibility for the proposal, approved controls, implementation, monitoring and re-evaluation.</w:t>
      </w:r>
    </w:p>
    <w:p w14:paraId="0289920F" w14:textId="77777777" w:rsidR="0044274B" w:rsidRDefault="007270D1">
      <w:pPr>
        <w:keepNext/>
        <w:shd w:val="clear" w:color="auto" w:fill="17365D"/>
        <w:spacing w:before="110" w:after="110"/>
        <w:ind w:left="120" w:right="120"/>
      </w:pPr>
      <w:r>
        <w:rPr>
          <w:b/>
          <w:color w:val="FFFFFF"/>
          <w:sz w:val="24"/>
        </w:rPr>
        <w:t>5  Triage and Specialist Review</w:t>
      </w:r>
    </w:p>
    <w:p w14:paraId="72B4FF52" w14:textId="77777777" w:rsidR="0044274B" w:rsidRDefault="007270D1">
      <w:pPr>
        <w:keepNext/>
        <w:spacing w:after="120"/>
      </w:pPr>
      <w:r>
        <w:rPr>
          <w:i/>
          <w:color w:val="5B6573"/>
          <w:sz w:val="19"/>
        </w:rPr>
        <w:t>For the Helpdesk, AI Governance Committee and assigned reviewers.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2580"/>
        <w:gridCol w:w="2100"/>
        <w:gridCol w:w="2580"/>
      </w:tblGrid>
      <w:tr w:rsidR="0044274B" w14:paraId="135703F3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B3DDA3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Coordinator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A6F89" w14:textId="77777777" w:rsidR="0044274B" w:rsidRDefault="00866510">
            <w:pPr>
              <w:spacing w:after="0"/>
            </w:pPr>
            <w:sdt>
              <w:sdtPr>
                <w:alias w:val="coordinator"/>
                <w:tag w:val="coordinator"/>
                <w:id w:val="1085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5B2E2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Triage date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CC7951" w14:textId="77777777" w:rsidR="0044274B" w:rsidRDefault="00866510">
            <w:pPr>
              <w:spacing w:after="0"/>
            </w:pPr>
            <w:sdt>
              <w:sdtPr>
                <w:alias w:val="triage date"/>
                <w:tag w:val="triage_date"/>
                <w:id w:val="1086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4B41DBE1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3F4DDC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Confirmed level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A9675" w14:textId="77777777" w:rsidR="0044274B" w:rsidRDefault="00866510">
            <w:pPr>
              <w:spacing w:after="0"/>
            </w:pPr>
            <w:sdt>
              <w:sdtPr>
                <w:alias w:val="confirmed level"/>
                <w:tag w:val="confirmed_level"/>
                <w:id w:val="1087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8B06C9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Decision due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FFF4C" w14:textId="77777777" w:rsidR="0044274B" w:rsidRDefault="00866510">
            <w:pPr>
              <w:spacing w:after="0"/>
            </w:pPr>
            <w:sdt>
              <w:sdtPr>
                <w:alias w:val="decision due"/>
                <w:tag w:val="decision_due"/>
                <w:id w:val="1088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</w:tbl>
    <w:p w14:paraId="389D1557" w14:textId="77777777" w:rsidR="0044274B" w:rsidRDefault="007270D1">
      <w:pPr>
        <w:keepNext/>
        <w:spacing w:before="80" w:after="40"/>
      </w:pPr>
      <w:r>
        <w:rPr>
          <w:b/>
          <w:color w:val="17365D"/>
          <w:sz w:val="21"/>
        </w:rPr>
        <w:t>Reviews required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44274B" w14:paraId="0DF78027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4872D5" w14:textId="77777777" w:rsidR="0044274B" w:rsidRDefault="00866510">
            <w:pPr>
              <w:spacing w:after="20"/>
            </w:pPr>
            <w:sdt>
              <w:sdtPr>
                <w:alias w:val="IT"/>
                <w:tag w:val="reviews_1"/>
                <w:id w:val="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IT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A597A" w14:textId="77777777" w:rsidR="0044274B" w:rsidRDefault="00866510">
            <w:pPr>
              <w:spacing w:after="20"/>
            </w:pPr>
            <w:sdt>
              <w:sdtPr>
                <w:alias w:val="DPO"/>
                <w:tag w:val="reviews_2"/>
                <w:id w:val="1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DPO   </w:t>
            </w:r>
          </w:p>
        </w:tc>
      </w:tr>
      <w:tr w:rsidR="0044274B" w14:paraId="1FAB2FCF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FC220C" w14:textId="77777777" w:rsidR="0044274B" w:rsidRDefault="00866510">
            <w:pPr>
              <w:spacing w:after="20"/>
            </w:pPr>
            <w:sdt>
              <w:sdtPr>
                <w:alias w:val="Procurement"/>
                <w:tag w:val="reviews_3"/>
                <w:id w:val="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Procurement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B303F1" w14:textId="77777777" w:rsidR="0044274B" w:rsidRDefault="00866510">
            <w:pPr>
              <w:spacing w:after="20"/>
            </w:pPr>
            <w:sdt>
              <w:sdtPr>
                <w:alias w:val="Academic review"/>
                <w:tag w:val="reviews_4"/>
                <w:id w:val="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Academic review   </w:t>
            </w:r>
          </w:p>
        </w:tc>
      </w:tr>
      <w:tr w:rsidR="0044274B" w14:paraId="63225DFC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55EA53" w14:textId="77777777" w:rsidR="0044274B" w:rsidRDefault="00866510">
            <w:pPr>
              <w:spacing w:after="20"/>
            </w:pPr>
            <w:sdt>
              <w:sdtPr>
                <w:alias w:val="Research review"/>
                <w:tag w:val="reviews_5"/>
                <w:id w:val="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Research review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B28A0" w14:textId="77777777" w:rsidR="0044274B" w:rsidRDefault="00866510">
            <w:pPr>
              <w:spacing w:after="20"/>
            </w:pPr>
            <w:sdt>
              <w:sdtPr>
                <w:alias w:val="SLT/Academic Council"/>
                <w:tag w:val="reviews_6"/>
                <w:id w:val="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SLT/Academic Council   </w:t>
            </w:r>
          </w:p>
        </w:tc>
      </w:tr>
      <w:tr w:rsidR="0044274B" w14:paraId="575374E6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7C80E9" w14:textId="77777777" w:rsidR="0044274B" w:rsidRDefault="00866510">
            <w:pPr>
              <w:spacing w:after="20"/>
            </w:pPr>
            <w:sdt>
              <w:sdtPr>
                <w:alias w:val="Other"/>
                <w:tag w:val="reviews_7"/>
                <w:id w:val="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Other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6A47DC" w14:textId="77777777" w:rsidR="0044274B" w:rsidRDefault="0044274B"/>
        </w:tc>
      </w:tr>
    </w:tbl>
    <w:p w14:paraId="37B87B50" w14:textId="77777777" w:rsidR="0044274B" w:rsidRDefault="0044274B">
      <w:pPr>
        <w:spacing w:after="4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700"/>
        <w:gridCol w:w="1650"/>
        <w:gridCol w:w="3540"/>
        <w:gridCol w:w="2470"/>
      </w:tblGrid>
      <w:tr w:rsidR="0044274B" w14:paraId="308B751E" w14:textId="77777777">
        <w:trPr>
          <w:tblHeader/>
        </w:trPr>
        <w:tc>
          <w:tcPr>
            <w:tcW w:w="17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F8B26" w14:textId="77777777" w:rsidR="0044274B" w:rsidRDefault="007270D1">
            <w:pPr>
              <w:spacing w:after="0"/>
              <w:jc w:val="center"/>
            </w:pPr>
            <w:r>
              <w:rPr>
                <w:b/>
                <w:color w:val="FFFFFF"/>
                <w:sz w:val="19"/>
              </w:rPr>
              <w:lastRenderedPageBreak/>
              <w:t>Reviewer</w:t>
            </w:r>
          </w:p>
        </w:tc>
        <w:tc>
          <w:tcPr>
            <w:tcW w:w="165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69F789" w14:textId="77777777" w:rsidR="0044274B" w:rsidRDefault="007270D1">
            <w:pPr>
              <w:spacing w:after="0"/>
              <w:jc w:val="center"/>
            </w:pPr>
            <w:r>
              <w:rPr>
                <w:b/>
                <w:color w:val="FFFFFF"/>
                <w:sz w:val="19"/>
              </w:rPr>
              <w:t>Outcome</w:t>
            </w:r>
          </w:p>
        </w:tc>
        <w:tc>
          <w:tcPr>
            <w:tcW w:w="354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4A2E98" w14:textId="77777777" w:rsidR="0044274B" w:rsidRDefault="007270D1">
            <w:pPr>
              <w:spacing w:after="0"/>
              <w:jc w:val="center"/>
            </w:pPr>
            <w:r>
              <w:rPr>
                <w:b/>
                <w:color w:val="FFFFFF"/>
                <w:sz w:val="19"/>
              </w:rPr>
              <w:t>Findings/conditions</w:t>
            </w:r>
          </w:p>
        </w:tc>
        <w:tc>
          <w:tcPr>
            <w:tcW w:w="247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EA3F4E" w14:textId="77777777" w:rsidR="0044274B" w:rsidRDefault="007270D1">
            <w:pPr>
              <w:spacing w:after="0"/>
              <w:jc w:val="center"/>
            </w:pPr>
            <w:r>
              <w:rPr>
                <w:b/>
                <w:color w:val="FFFFFF"/>
                <w:sz w:val="19"/>
              </w:rPr>
              <w:t>Name/date</w:t>
            </w:r>
          </w:p>
        </w:tc>
      </w:tr>
      <w:tr w:rsidR="0044274B" w14:paraId="3CD131A4" w14:textId="77777777">
        <w:tc>
          <w:tcPr>
            <w:tcW w:w="17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18DB4F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Information Technology</w:t>
            </w:r>
          </w:p>
        </w:tc>
        <w:tc>
          <w:tcPr>
            <w:tcW w:w="165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A2569D" w14:textId="77777777" w:rsidR="0044274B" w:rsidRDefault="00866510">
            <w:pPr>
              <w:spacing w:after="320"/>
            </w:pPr>
            <w:sdt>
              <w:sdtPr>
                <w:alias w:val="review 1 outcome"/>
                <w:tag w:val="review_1_outcome"/>
                <w:id w:val="1096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N/A / Support / Conditions / Do not support</w:t>
                </w:r>
              </w:sdtContent>
            </w:sdt>
          </w:p>
        </w:tc>
        <w:tc>
          <w:tcPr>
            <w:tcW w:w="354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1BB0C" w14:textId="77777777" w:rsidR="0044274B" w:rsidRDefault="00866510">
            <w:pPr>
              <w:spacing w:after="480"/>
            </w:pPr>
            <w:sdt>
              <w:sdtPr>
                <w:alias w:val="review 1 findings"/>
                <w:tag w:val="review_1_findings"/>
                <w:id w:val="1097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47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D1986C" w14:textId="77777777" w:rsidR="0044274B" w:rsidRDefault="00866510">
            <w:pPr>
              <w:spacing w:after="320"/>
            </w:pPr>
            <w:sdt>
              <w:sdtPr>
                <w:alias w:val="review 1 name date"/>
                <w:tag w:val="review_1_name_date"/>
                <w:id w:val="1098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227F50DF" w14:textId="77777777">
        <w:tc>
          <w:tcPr>
            <w:tcW w:w="17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6A2237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Data Protection Officer</w:t>
            </w:r>
          </w:p>
        </w:tc>
        <w:tc>
          <w:tcPr>
            <w:tcW w:w="165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AF7651" w14:textId="77777777" w:rsidR="0044274B" w:rsidRDefault="00866510">
            <w:pPr>
              <w:spacing w:after="320"/>
            </w:pPr>
            <w:sdt>
              <w:sdtPr>
                <w:alias w:val="review 2 outcome"/>
                <w:tag w:val="review_2_outcome"/>
                <w:id w:val="1099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N/A / Support / Conditions / Do not support</w:t>
                </w:r>
              </w:sdtContent>
            </w:sdt>
          </w:p>
        </w:tc>
        <w:tc>
          <w:tcPr>
            <w:tcW w:w="354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5ACF33" w14:textId="77777777" w:rsidR="0044274B" w:rsidRDefault="00866510">
            <w:pPr>
              <w:spacing w:after="480"/>
            </w:pPr>
            <w:sdt>
              <w:sdtPr>
                <w:alias w:val="review 2 findings"/>
                <w:tag w:val="review_2_findings"/>
                <w:id w:val="1100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47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CBC633" w14:textId="77777777" w:rsidR="0044274B" w:rsidRDefault="00866510">
            <w:pPr>
              <w:spacing w:after="320"/>
            </w:pPr>
            <w:sdt>
              <w:sdtPr>
                <w:alias w:val="review 2 name date"/>
                <w:tag w:val="review_2_name_date"/>
                <w:id w:val="1101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1C32655E" w14:textId="77777777">
        <w:tc>
          <w:tcPr>
            <w:tcW w:w="17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4E3349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Procurement</w:t>
            </w:r>
          </w:p>
        </w:tc>
        <w:tc>
          <w:tcPr>
            <w:tcW w:w="165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23ACF" w14:textId="77777777" w:rsidR="0044274B" w:rsidRDefault="00866510">
            <w:pPr>
              <w:spacing w:after="320"/>
            </w:pPr>
            <w:sdt>
              <w:sdtPr>
                <w:alias w:val="review 3 outcome"/>
                <w:tag w:val="review_3_outcome"/>
                <w:id w:val="1102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N/A / Support / Conditions / Do not support</w:t>
                </w:r>
              </w:sdtContent>
            </w:sdt>
          </w:p>
        </w:tc>
        <w:tc>
          <w:tcPr>
            <w:tcW w:w="354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6CF06" w14:textId="77777777" w:rsidR="0044274B" w:rsidRDefault="00866510">
            <w:pPr>
              <w:spacing w:after="480"/>
            </w:pPr>
            <w:sdt>
              <w:sdtPr>
                <w:alias w:val="review 3 findings"/>
                <w:tag w:val="review_3_findings"/>
                <w:id w:val="1103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47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20D905" w14:textId="77777777" w:rsidR="0044274B" w:rsidRDefault="00866510">
            <w:pPr>
              <w:spacing w:after="320"/>
            </w:pPr>
            <w:sdt>
              <w:sdtPr>
                <w:alias w:val="review 3 name date"/>
                <w:tag w:val="review_3_name_date"/>
                <w:id w:val="1104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4DF75E23" w14:textId="77777777">
        <w:tc>
          <w:tcPr>
            <w:tcW w:w="17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6784BD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Academic/Research/Other</w:t>
            </w:r>
          </w:p>
        </w:tc>
        <w:tc>
          <w:tcPr>
            <w:tcW w:w="165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5C2C57" w14:textId="77777777" w:rsidR="0044274B" w:rsidRDefault="00866510">
            <w:pPr>
              <w:spacing w:after="320"/>
            </w:pPr>
            <w:sdt>
              <w:sdtPr>
                <w:alias w:val="review 4 outcome"/>
                <w:tag w:val="review_4_outcome"/>
                <w:id w:val="1105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N/A / Support / Conditions / Do not support</w:t>
                </w:r>
              </w:sdtContent>
            </w:sdt>
          </w:p>
        </w:tc>
        <w:tc>
          <w:tcPr>
            <w:tcW w:w="354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DCBBD" w14:textId="77777777" w:rsidR="0044274B" w:rsidRDefault="00866510">
            <w:pPr>
              <w:spacing w:after="480"/>
            </w:pPr>
            <w:sdt>
              <w:sdtPr>
                <w:alias w:val="review 4 findings"/>
                <w:tag w:val="review_4_findings"/>
                <w:id w:val="1106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47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1DEC1A" w14:textId="77777777" w:rsidR="0044274B" w:rsidRDefault="00866510">
            <w:pPr>
              <w:spacing w:after="320"/>
            </w:pPr>
            <w:sdt>
              <w:sdtPr>
                <w:alias w:val="review 4 name date"/>
                <w:tag w:val="review_4_name_date"/>
                <w:id w:val="1107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</w:tbl>
    <w:p w14:paraId="25E34380" w14:textId="77777777" w:rsidR="0044274B" w:rsidRDefault="007270D1">
      <w:pPr>
        <w:keepNext/>
        <w:spacing w:before="40" w:after="40"/>
      </w:pPr>
      <w:r>
        <w:rPr>
          <w:b/>
          <w:color w:val="17365D"/>
          <w:sz w:val="21"/>
        </w:rPr>
        <w:t>Consolidated evaluation</w:t>
      </w:r>
      <w:r>
        <w:rPr>
          <w:i/>
          <w:color w:val="5B6573"/>
          <w:sz w:val="19"/>
        </w:rPr>
        <w:t xml:space="preserve">  Summarise benefits, residual risk, proportionality and unresolved issues.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4274B" w14:paraId="3A88CD27" w14:textId="77777777">
        <w:trPr>
          <w:cantSplit/>
        </w:trPr>
        <w:tc>
          <w:tcPr>
            <w:tcW w:w="936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EE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A156BA" w14:textId="77777777" w:rsidR="0044274B" w:rsidRDefault="00866510">
            <w:pPr>
              <w:spacing w:after="480"/>
            </w:pPr>
            <w:sdt>
              <w:sdtPr>
                <w:alias w:val="evaluation summary"/>
                <w:tag w:val="evaluation_summary"/>
                <w:id w:val="1108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21"/>
                  </w:rPr>
                  <w:t>Click or tap to enter text.</w:t>
                </w:r>
              </w:sdtContent>
            </w:sdt>
          </w:p>
        </w:tc>
      </w:tr>
    </w:tbl>
    <w:p w14:paraId="2D3311C2" w14:textId="77777777" w:rsidR="0044274B" w:rsidRDefault="0044274B">
      <w:pPr>
        <w:spacing w:after="60"/>
      </w:pPr>
    </w:p>
    <w:p w14:paraId="1B3D08FC" w14:textId="77777777" w:rsidR="0044274B" w:rsidRDefault="007270D1">
      <w:pPr>
        <w:keepNext/>
        <w:shd w:val="clear" w:color="auto" w:fill="17365D"/>
        <w:spacing w:before="110" w:after="110"/>
        <w:ind w:left="120" w:right="120"/>
      </w:pPr>
      <w:r>
        <w:rPr>
          <w:b/>
          <w:color w:val="FFFFFF"/>
          <w:sz w:val="24"/>
        </w:rPr>
        <w:t>6  Governance Decision</w:t>
      </w:r>
    </w:p>
    <w:p w14:paraId="0F8E664B" w14:textId="77777777" w:rsidR="0044274B" w:rsidRDefault="007270D1">
      <w:pPr>
        <w:keepNext/>
        <w:spacing w:before="80" w:after="40"/>
      </w:pPr>
      <w:r>
        <w:rPr>
          <w:b/>
          <w:color w:val="17365D"/>
          <w:sz w:val="21"/>
        </w:rPr>
        <w:t>Decision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44274B" w14:paraId="380E2A63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F70E4E" w14:textId="77777777" w:rsidR="0044274B" w:rsidRDefault="00866510">
            <w:pPr>
              <w:spacing w:after="20"/>
            </w:pPr>
            <w:sdt>
              <w:sdtPr>
                <w:alias w:val="Approved"/>
                <w:tag w:val="decision_1"/>
                <w:id w:val="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Approved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ECB5FA" w14:textId="77777777" w:rsidR="0044274B" w:rsidRDefault="00866510">
            <w:pPr>
              <w:spacing w:after="20"/>
            </w:pPr>
            <w:sdt>
              <w:sdtPr>
                <w:alias w:val="Approved with conditions"/>
                <w:tag w:val="decision_2"/>
                <w:id w:val="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Approved with conditions   </w:t>
            </w:r>
          </w:p>
        </w:tc>
      </w:tr>
      <w:tr w:rsidR="0044274B" w14:paraId="153068B5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7CE778" w14:textId="77777777" w:rsidR="0044274B" w:rsidRDefault="00866510">
            <w:pPr>
              <w:spacing w:after="20"/>
            </w:pPr>
            <w:sdt>
              <w:sdtPr>
                <w:alias w:val="Limited pilot"/>
                <w:tag w:val="decision_3"/>
                <w:id w:val="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Limited pilot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C88F5A" w14:textId="77777777" w:rsidR="0044274B" w:rsidRDefault="00866510">
            <w:pPr>
              <w:spacing w:after="20"/>
            </w:pPr>
            <w:sdt>
              <w:sdtPr>
                <w:alias w:val="More information required"/>
                <w:tag w:val="decision_4"/>
                <w:id w:val="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More information required   </w:t>
            </w:r>
          </w:p>
        </w:tc>
      </w:tr>
      <w:tr w:rsidR="0044274B" w14:paraId="5D7F07B3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2DA8A3" w14:textId="77777777" w:rsidR="0044274B" w:rsidRDefault="00866510">
            <w:pPr>
              <w:spacing w:after="20"/>
            </w:pPr>
            <w:sdt>
              <w:sdtPr>
                <w:alias w:val="Not approved"/>
                <w:tag w:val="decision_5"/>
                <w:id w:val="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Not approved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AB80F4" w14:textId="77777777" w:rsidR="0044274B" w:rsidRDefault="00866510">
            <w:pPr>
              <w:spacing w:after="20"/>
            </w:pPr>
            <w:sdt>
              <w:sdtPr>
                <w:alias w:val="Escalated"/>
                <w:tag w:val="decision_6"/>
                <w:id w:val="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Escalated   </w:t>
            </w:r>
          </w:p>
        </w:tc>
      </w:tr>
      <w:tr w:rsidR="0044274B" w14:paraId="5E7B1728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74FEA" w14:textId="77777777" w:rsidR="0044274B" w:rsidRDefault="00866510">
            <w:pPr>
              <w:spacing w:after="20"/>
            </w:pPr>
            <w:sdt>
              <w:sdtPr>
                <w:alias w:val="Deferred"/>
                <w:tag w:val="decision_7"/>
                <w:id w:val="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Deferred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1C7CE" w14:textId="77777777" w:rsidR="0044274B" w:rsidRDefault="0044274B"/>
        </w:tc>
      </w:tr>
    </w:tbl>
    <w:p w14:paraId="333433E5" w14:textId="77777777" w:rsidR="0044274B" w:rsidRDefault="0044274B">
      <w:pPr>
        <w:spacing w:after="40"/>
      </w:pPr>
    </w:p>
    <w:p w14:paraId="74B7B446" w14:textId="77777777" w:rsidR="0044274B" w:rsidRDefault="007270D1">
      <w:pPr>
        <w:keepNext/>
        <w:spacing w:before="40" w:after="40"/>
      </w:pPr>
      <w:r>
        <w:rPr>
          <w:b/>
          <w:color w:val="17365D"/>
          <w:sz w:val="21"/>
        </w:rPr>
        <w:t>Approved scope and rationale</w:t>
      </w:r>
      <w:r>
        <w:rPr>
          <w:i/>
          <w:color w:val="5B6573"/>
          <w:sz w:val="19"/>
        </w:rPr>
        <w:t xml:space="preserve">  Specify tool/tier, users, purpose, data, configuration and excluded uses.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4274B" w14:paraId="00B7A5E1" w14:textId="77777777">
        <w:trPr>
          <w:cantSplit/>
        </w:trPr>
        <w:tc>
          <w:tcPr>
            <w:tcW w:w="936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EE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8BEAB3" w14:textId="77777777" w:rsidR="0044274B" w:rsidRDefault="00866510">
            <w:pPr>
              <w:spacing w:after="480"/>
            </w:pPr>
            <w:sdt>
              <w:sdtPr>
                <w:alias w:val="decision scope"/>
                <w:tag w:val="decision_scope"/>
                <w:id w:val="1116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21"/>
                  </w:rPr>
                  <w:t>Click or tap to enter text.</w:t>
                </w:r>
              </w:sdtContent>
            </w:sdt>
          </w:p>
        </w:tc>
      </w:tr>
    </w:tbl>
    <w:p w14:paraId="20635BD7" w14:textId="77777777" w:rsidR="0044274B" w:rsidRDefault="0044274B">
      <w:pPr>
        <w:spacing w:after="60"/>
      </w:pPr>
    </w:p>
    <w:p w14:paraId="1EC71C4D" w14:textId="77777777" w:rsidR="0044274B" w:rsidRDefault="007270D1">
      <w:pPr>
        <w:keepNext/>
        <w:spacing w:before="40" w:after="40"/>
      </w:pPr>
      <w:r>
        <w:rPr>
          <w:b/>
          <w:color w:val="17365D"/>
          <w:sz w:val="21"/>
        </w:rPr>
        <w:lastRenderedPageBreak/>
        <w:t>Conditions, controls and monitoring</w:t>
      </w:r>
      <w:r>
        <w:rPr>
          <w:i/>
          <w:color w:val="5B6573"/>
          <w:sz w:val="19"/>
        </w:rPr>
        <w:t xml:space="preserve">  Include privacy, security, procurement, training, oversight, transparency, accessibility, records and stop-use requirements.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4274B" w14:paraId="1EB9ABD0" w14:textId="77777777">
        <w:trPr>
          <w:cantSplit/>
        </w:trPr>
        <w:tc>
          <w:tcPr>
            <w:tcW w:w="936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EEF5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95891B" w14:textId="77777777" w:rsidR="0044274B" w:rsidRDefault="00866510">
            <w:pPr>
              <w:spacing w:after="720"/>
            </w:pPr>
            <w:sdt>
              <w:sdtPr>
                <w:alias w:val="decision conditions"/>
                <w:tag w:val="decision_conditions"/>
                <w:id w:val="1117"/>
                <w:showingPlcHdr/>
                <w:text w:multiLine="1"/>
              </w:sdtPr>
              <w:sdtEndPr/>
              <w:sdtContent>
                <w:r w:rsidR="007270D1">
                  <w:rPr>
                    <w:i/>
                    <w:color w:val="7A8491"/>
                    <w:sz w:val="21"/>
                  </w:rPr>
                  <w:t>Click or tap to enter text.</w:t>
                </w:r>
              </w:sdtContent>
            </w:sdt>
          </w:p>
        </w:tc>
      </w:tr>
    </w:tbl>
    <w:p w14:paraId="54010202" w14:textId="77777777" w:rsidR="0044274B" w:rsidRDefault="0044274B">
      <w:pPr>
        <w:spacing w:after="6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2580"/>
        <w:gridCol w:w="2100"/>
        <w:gridCol w:w="2580"/>
      </w:tblGrid>
      <w:tr w:rsidR="0044274B" w14:paraId="0ECE564F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6F073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Decision authority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350EF" w14:textId="77777777" w:rsidR="0044274B" w:rsidRDefault="00866510">
            <w:pPr>
              <w:spacing w:after="0"/>
            </w:pPr>
            <w:sdt>
              <w:sdtPr>
                <w:alias w:val="decision authority"/>
                <w:tag w:val="decision_authority"/>
                <w:id w:val="1118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B49C8B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Decision date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E6516B" w14:textId="77777777" w:rsidR="0044274B" w:rsidRDefault="00866510">
            <w:pPr>
              <w:spacing w:after="0"/>
            </w:pPr>
            <w:sdt>
              <w:sdtPr>
                <w:alias w:val="decision date"/>
                <w:tag w:val="decision_date"/>
                <w:id w:val="1119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5BC06843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1BF69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Review/expiry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8E727" w14:textId="77777777" w:rsidR="0044274B" w:rsidRDefault="00866510">
            <w:pPr>
              <w:spacing w:after="0"/>
            </w:pPr>
            <w:sdt>
              <w:sdtPr>
                <w:alias w:val="review date"/>
                <w:tag w:val="review_date"/>
                <w:id w:val="1120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B88C00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Register updated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FA4C1" w14:textId="77777777" w:rsidR="0044274B" w:rsidRDefault="00866510">
            <w:pPr>
              <w:spacing w:after="0"/>
            </w:pPr>
            <w:sdt>
              <w:sdtPr>
                <w:alias w:val="register updated"/>
                <w:tag w:val="register_updated"/>
                <w:id w:val="1121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2CA2572D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6CBE9C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Owner notified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D95292" w14:textId="77777777" w:rsidR="0044274B" w:rsidRDefault="00866510">
            <w:pPr>
              <w:spacing w:after="0"/>
            </w:pPr>
            <w:sdt>
              <w:sdtPr>
                <w:alias w:val="owner notified"/>
                <w:tag w:val="owner_notified"/>
                <w:id w:val="1122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17417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Decision reference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0F9A60" w14:textId="77777777" w:rsidR="0044274B" w:rsidRDefault="00866510">
            <w:pPr>
              <w:spacing w:after="0"/>
            </w:pPr>
            <w:sdt>
              <w:sdtPr>
                <w:alias w:val="decision reference"/>
                <w:tag w:val="decision_reference"/>
                <w:id w:val="1123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</w:tbl>
    <w:p w14:paraId="6AF72E64" w14:textId="77777777" w:rsidR="0044274B" w:rsidRDefault="007270D1">
      <w:pPr>
        <w:keepNext/>
        <w:shd w:val="clear" w:color="auto" w:fill="17365D"/>
        <w:spacing w:before="110" w:after="110"/>
        <w:ind w:left="120" w:right="120"/>
      </w:pPr>
      <w:r>
        <w:rPr>
          <w:b/>
          <w:color w:val="FFFFFF"/>
          <w:sz w:val="24"/>
        </w:rPr>
        <w:t>7  Implementation and Monitoring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44274B" w14:paraId="2A806E4E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B9263" w14:textId="77777777" w:rsidR="0044274B" w:rsidRDefault="00866510">
            <w:pPr>
              <w:spacing w:after="20"/>
            </w:pPr>
            <w:sdt>
              <w:sdtPr>
                <w:alias w:val="Contract/licence/procurement complete"/>
                <w:tag w:val="implementation_1"/>
                <w:id w:val="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Contract/licence/procurement complete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EBB4B5" w14:textId="77777777" w:rsidR="0044274B" w:rsidRDefault="00866510">
            <w:pPr>
              <w:spacing w:after="20"/>
            </w:pPr>
            <w:sdt>
              <w:sdtPr>
                <w:alias w:val="Privacy/security/access controls complete"/>
                <w:tag w:val="implementation_2"/>
                <w:id w:val="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Privacy/security/access controls complete   </w:t>
            </w:r>
          </w:p>
        </w:tc>
      </w:tr>
      <w:tr w:rsidR="0044274B" w14:paraId="178FACCA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14650E" w14:textId="77777777" w:rsidR="0044274B" w:rsidRDefault="00866510">
            <w:pPr>
              <w:spacing w:after="20"/>
            </w:pPr>
            <w:sdt>
              <w:sdtPr>
                <w:alias w:val="Training/notices/accessibility complete"/>
                <w:tag w:val="implementation_3"/>
                <w:id w:val="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Training/notices/accessibility complete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57ED6" w14:textId="77777777" w:rsidR="0044274B" w:rsidRDefault="00866510">
            <w:pPr>
              <w:spacing w:after="20"/>
            </w:pPr>
            <w:sdt>
              <w:sdtPr>
                <w:alias w:val="Oversight and testing complete"/>
                <w:tag w:val="implementation_4"/>
                <w:id w:val="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Oversight and testing complete   </w:t>
            </w:r>
          </w:p>
        </w:tc>
      </w:tr>
      <w:tr w:rsidR="0044274B" w14:paraId="15730E9C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E47B13" w14:textId="77777777" w:rsidR="0044274B" w:rsidRDefault="00866510">
            <w:pPr>
              <w:spacing w:after="20"/>
            </w:pPr>
            <w:sdt>
              <w:sdtPr>
                <w:alias w:val="Lab/change approval complete"/>
                <w:tag w:val="implementation_5"/>
                <w:id w:val="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Lab/change approval complete 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5282DC" w14:textId="77777777" w:rsidR="0044274B" w:rsidRDefault="00866510">
            <w:pPr>
              <w:spacing w:after="20"/>
            </w:pPr>
            <w:sdt>
              <w:sdtPr>
                <w:alias w:val="Monitoring/review scheduled"/>
                <w:tag w:val="implementation_6"/>
                <w:id w:val="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D1">
                  <w:rPr>
                    <w:rFonts w:ascii="MS Gothic" w:hAnsi="MS Gothic"/>
                  </w:rPr>
                  <w:t>☐</w:t>
                </w:r>
              </w:sdtContent>
            </w:sdt>
            <w:r w:rsidR="007270D1">
              <w:rPr>
                <w:color w:val="000000"/>
                <w:sz w:val="21"/>
              </w:rPr>
              <w:t xml:space="preserve"> Monitoring/review scheduled   </w:t>
            </w:r>
          </w:p>
        </w:tc>
      </w:tr>
    </w:tbl>
    <w:p w14:paraId="7A044498" w14:textId="77777777" w:rsidR="0044274B" w:rsidRDefault="0044274B">
      <w:pPr>
        <w:spacing w:after="40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2580"/>
        <w:gridCol w:w="2100"/>
        <w:gridCol w:w="2580"/>
      </w:tblGrid>
      <w:tr w:rsidR="0044274B" w14:paraId="0653341B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C877D4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System/business owner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9B630" w14:textId="77777777" w:rsidR="0044274B" w:rsidRDefault="00866510">
            <w:pPr>
              <w:spacing w:after="0"/>
            </w:pPr>
            <w:sdt>
              <w:sdtPr>
                <w:alias w:val="system owner"/>
                <w:tag w:val="system_owner"/>
                <w:id w:val="1130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BF35CB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Go-live date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F6504" w14:textId="77777777" w:rsidR="0044274B" w:rsidRDefault="00866510">
            <w:pPr>
              <w:spacing w:after="0"/>
            </w:pPr>
            <w:sdt>
              <w:sdtPr>
                <w:alias w:val="go live"/>
                <w:tag w:val="go_live"/>
                <w:id w:val="1131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293EC7B3" w14:textId="77777777"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02A7A1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Monitoring owner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5B1B1" w14:textId="77777777" w:rsidR="0044274B" w:rsidRDefault="00866510">
            <w:pPr>
              <w:spacing w:after="0"/>
            </w:pPr>
            <w:sdt>
              <w:sdtPr>
                <w:alias w:val="monitoring owner"/>
                <w:tag w:val="monitoring_owner"/>
                <w:id w:val="1132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  <w:tc>
          <w:tcPr>
            <w:tcW w:w="210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DEA3DA" w14:textId="77777777" w:rsidR="0044274B" w:rsidRDefault="007270D1">
            <w:pPr>
              <w:spacing w:after="0"/>
            </w:pPr>
            <w:r>
              <w:rPr>
                <w:b/>
                <w:color w:val="17365D"/>
                <w:sz w:val="19"/>
              </w:rPr>
              <w:t>Review frequency</w:t>
            </w:r>
          </w:p>
        </w:tc>
        <w:tc>
          <w:tcPr>
            <w:tcW w:w="2580" w:type="dxa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409FC9" w14:textId="77777777" w:rsidR="0044274B" w:rsidRDefault="00866510">
            <w:pPr>
              <w:spacing w:after="0"/>
            </w:pPr>
            <w:sdt>
              <w:sdtPr>
                <w:alias w:val="review frequency"/>
                <w:tag w:val="review_frequency"/>
                <w:id w:val="1133"/>
                <w:showingPlcHdr/>
                <w:text/>
              </w:sdtPr>
              <w:sdtEndPr/>
              <w:sdtContent>
                <w:r w:rsidR="007270D1">
                  <w:rPr>
                    <w:i/>
                    <w:color w:val="7A8491"/>
                    <w:sz w:val="19"/>
                  </w:rPr>
                  <w:t>Enter response</w:t>
                </w:r>
              </w:sdtContent>
            </w:sdt>
          </w:p>
        </w:tc>
      </w:tr>
      <w:tr w:rsidR="0044274B" w14:paraId="0D63B335" w14:textId="77777777">
        <w:tc>
          <w:tcPr>
            <w:tcW w:w="9360" w:type="dxa"/>
            <w:gridSpan w:val="4"/>
            <w:tcBorders>
              <w:top w:val="single" w:sz="6" w:space="0" w:color="D9DEE5"/>
              <w:left w:val="single" w:sz="6" w:space="0" w:color="D9DEE5"/>
              <w:bottom w:val="single" w:sz="6" w:space="0" w:color="D9DEE5"/>
              <w:right w:val="single" w:sz="6" w:space="0" w:color="D9DEE5"/>
            </w:tcBorders>
            <w:shd w:val="clear" w:color="auto" w:fill="D9EA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7FE43C" w14:textId="77777777" w:rsidR="0044274B" w:rsidRDefault="007270D1">
            <w:pPr>
              <w:spacing w:after="40"/>
            </w:pPr>
            <w:r>
              <w:rPr>
                <w:b/>
                <w:color w:val="17365D"/>
                <w:sz w:val="20"/>
              </w:rPr>
              <w:t xml:space="preserve">Re-evaluation: </w:t>
            </w:r>
            <w:r>
              <w:rPr>
                <w:color w:val="000000"/>
                <w:sz w:val="20"/>
              </w:rPr>
              <w:t>Re-evaluate material changes to data, purpose, users, model, configuration, integration, supplier terms or risk. Report security or personal-data incidents immediately.</w:t>
            </w:r>
          </w:p>
        </w:tc>
      </w:tr>
    </w:tbl>
    <w:p w14:paraId="44DEB0D3" w14:textId="77777777" w:rsidR="0044274B" w:rsidRDefault="0044274B">
      <w:pPr>
        <w:spacing w:after="80"/>
      </w:pPr>
    </w:p>
    <w:sectPr w:rsidR="0044274B" w:rsidSect="00034616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066" w:right="1440" w:bottom="1008" w:left="1440" w:header="49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4198C" w14:textId="77777777" w:rsidR="00866510" w:rsidRDefault="00866510">
      <w:pPr>
        <w:spacing w:after="0" w:line="240" w:lineRule="auto"/>
      </w:pPr>
      <w:r>
        <w:separator/>
      </w:r>
    </w:p>
  </w:endnote>
  <w:endnote w:type="continuationSeparator" w:id="0">
    <w:p w14:paraId="554FA001" w14:textId="77777777" w:rsidR="00866510" w:rsidRDefault="00866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67F3" w14:textId="77777777" w:rsidR="0044274B" w:rsidRDefault="0044274B">
    <w:pPr>
      <w:pStyle w:val="Footer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7000"/>
      <w:gridCol w:w="2360"/>
    </w:tblGrid>
    <w:tr w:rsidR="0044274B" w14:paraId="70DC66F5" w14:textId="77777777">
      <w:tc>
        <w:tcPr>
          <w:tcW w:w="7000" w:type="dxa"/>
          <w:tcBorders>
            <w:top w:val="nil"/>
            <w:left w:val="nil"/>
            <w:bottom w:val="nil"/>
            <w:right w:val="nil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14:paraId="18C5AE12" w14:textId="77777777" w:rsidR="0044274B" w:rsidRDefault="007270D1">
          <w:pPr>
            <w:spacing w:after="0"/>
          </w:pPr>
          <w:r>
            <w:rPr>
              <w:color w:val="5B6573"/>
              <w:sz w:val="16"/>
            </w:rPr>
            <w:t>Submit through IT Helpdesk  |  AI Tool and Use-Case Evaluation  |  Form v1.1</w:t>
          </w:r>
        </w:p>
      </w:tc>
      <w:tc>
        <w:tcPr>
          <w:tcW w:w="2360" w:type="dxa"/>
          <w:tcBorders>
            <w:top w:val="nil"/>
            <w:left w:val="nil"/>
            <w:bottom w:val="nil"/>
            <w:right w:val="nil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14:paraId="72B3A561" w14:textId="77777777" w:rsidR="0044274B" w:rsidRDefault="007270D1">
          <w:pPr>
            <w:jc w:val="right"/>
          </w:pPr>
          <w:r>
            <w:rPr>
              <w:color w:val="5B6573"/>
              <w:sz w:val="18"/>
            </w:rP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470F8" w14:textId="77777777" w:rsidR="0044274B" w:rsidRDefault="0044274B">
    <w:pPr>
      <w:pStyle w:val="Footer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7000"/>
      <w:gridCol w:w="2360"/>
    </w:tblGrid>
    <w:tr w:rsidR="0044274B" w14:paraId="2F437F84" w14:textId="77777777">
      <w:tc>
        <w:tcPr>
          <w:tcW w:w="7000" w:type="dxa"/>
          <w:tcBorders>
            <w:top w:val="nil"/>
            <w:left w:val="nil"/>
            <w:bottom w:val="nil"/>
            <w:right w:val="nil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14:paraId="160EBCDA" w14:textId="77777777" w:rsidR="0044274B" w:rsidRDefault="007270D1">
          <w:pPr>
            <w:spacing w:after="0"/>
          </w:pPr>
          <w:r>
            <w:rPr>
              <w:color w:val="5B6573"/>
              <w:sz w:val="16"/>
            </w:rPr>
            <w:t>Submit through IT Helpdesk  |  AI Tool and Use-Case Evaluation  |  Form v1.1</w:t>
          </w:r>
        </w:p>
      </w:tc>
      <w:tc>
        <w:tcPr>
          <w:tcW w:w="2360" w:type="dxa"/>
          <w:tcBorders>
            <w:top w:val="nil"/>
            <w:left w:val="nil"/>
            <w:bottom w:val="nil"/>
            <w:right w:val="nil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14:paraId="4E6FBA1B" w14:textId="77777777" w:rsidR="0044274B" w:rsidRDefault="007270D1">
          <w:pPr>
            <w:jc w:val="right"/>
          </w:pPr>
          <w:r>
            <w:rPr>
              <w:color w:val="5B6573"/>
              <w:sz w:val="18"/>
            </w:rP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E626B" w14:textId="77777777" w:rsidR="00866510" w:rsidRDefault="00866510">
      <w:pPr>
        <w:spacing w:after="0" w:line="240" w:lineRule="auto"/>
      </w:pPr>
      <w:r>
        <w:separator/>
      </w:r>
    </w:p>
  </w:footnote>
  <w:footnote w:type="continuationSeparator" w:id="0">
    <w:p w14:paraId="4F433A9B" w14:textId="77777777" w:rsidR="00866510" w:rsidRDefault="00866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8BFE7" w14:textId="77777777" w:rsidR="0044274B" w:rsidRDefault="0044274B">
    <w:pPr>
      <w:pStyle w:val="Header"/>
      <w:spacing w:line="264" w:lineRule="auto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5000"/>
      <w:gridCol w:w="4360"/>
    </w:tblGrid>
    <w:tr w:rsidR="0044274B" w14:paraId="49791F69" w14:textId="77777777">
      <w:tc>
        <w:tcPr>
          <w:tcW w:w="5000" w:type="dxa"/>
          <w:tcBorders>
            <w:top w:val="nil"/>
            <w:left w:val="nil"/>
            <w:bottom w:val="nil"/>
            <w:right w:val="nil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14:paraId="12D6B9B7" w14:textId="77777777" w:rsidR="0044274B" w:rsidRDefault="007270D1">
          <w:pPr>
            <w:spacing w:after="0"/>
          </w:pPr>
          <w:r>
            <w:rPr>
              <w:b/>
              <w:color w:val="17365D"/>
              <w:sz w:val="17"/>
            </w:rPr>
            <w:t>NCI  |  AI GOVERNANCE</w:t>
          </w:r>
        </w:p>
      </w:tc>
      <w:tc>
        <w:tcPr>
          <w:tcW w:w="4360" w:type="dxa"/>
          <w:tcBorders>
            <w:top w:val="nil"/>
            <w:left w:val="nil"/>
            <w:bottom w:val="nil"/>
            <w:right w:val="nil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14:paraId="529F6F2E" w14:textId="77777777" w:rsidR="0044274B" w:rsidRDefault="007270D1">
          <w:pPr>
            <w:spacing w:after="0"/>
            <w:jc w:val="right"/>
          </w:pPr>
          <w:r>
            <w:rPr>
              <w:b/>
              <w:color w:val="5B6573"/>
              <w:sz w:val="17"/>
            </w:rPr>
            <w:t>EVALUATION REQUEST FORM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DF35A" w14:textId="77777777" w:rsidR="0044274B" w:rsidRDefault="0044274B">
    <w:pPr>
      <w:pStyle w:val="Header"/>
      <w:spacing w:line="264" w:lineRule="auto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5000"/>
      <w:gridCol w:w="4360"/>
    </w:tblGrid>
    <w:tr w:rsidR="0044274B" w14:paraId="5813FA1A" w14:textId="77777777">
      <w:tc>
        <w:tcPr>
          <w:tcW w:w="5000" w:type="dxa"/>
          <w:tcBorders>
            <w:top w:val="nil"/>
            <w:left w:val="nil"/>
            <w:bottom w:val="nil"/>
            <w:right w:val="nil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14:paraId="509DB0DD" w14:textId="77777777" w:rsidR="0044274B" w:rsidRDefault="007270D1">
          <w:pPr>
            <w:spacing w:after="0"/>
          </w:pPr>
          <w:r>
            <w:rPr>
              <w:b/>
              <w:color w:val="17365D"/>
              <w:sz w:val="17"/>
            </w:rPr>
            <w:t>NCI  |  AI GOVERNANCE</w:t>
          </w:r>
        </w:p>
      </w:tc>
      <w:tc>
        <w:tcPr>
          <w:tcW w:w="4360" w:type="dxa"/>
          <w:tcBorders>
            <w:top w:val="nil"/>
            <w:left w:val="nil"/>
            <w:bottom w:val="nil"/>
            <w:right w:val="nil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14:paraId="4C970126" w14:textId="77777777" w:rsidR="0044274B" w:rsidRDefault="007270D1">
          <w:pPr>
            <w:spacing w:after="0"/>
            <w:jc w:val="right"/>
          </w:pPr>
          <w:r>
            <w:rPr>
              <w:b/>
              <w:color w:val="5B6573"/>
              <w:sz w:val="17"/>
            </w:rPr>
            <w:t>EVALUATION REQUEST FORM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5500376">
    <w:abstractNumId w:val="8"/>
  </w:num>
  <w:num w:numId="2" w16cid:durableId="1966080639">
    <w:abstractNumId w:val="6"/>
  </w:num>
  <w:num w:numId="3" w16cid:durableId="13071280">
    <w:abstractNumId w:val="5"/>
  </w:num>
  <w:num w:numId="4" w16cid:durableId="415054288">
    <w:abstractNumId w:val="4"/>
  </w:num>
  <w:num w:numId="5" w16cid:durableId="1052314297">
    <w:abstractNumId w:val="7"/>
  </w:num>
  <w:num w:numId="6" w16cid:durableId="793905638">
    <w:abstractNumId w:val="3"/>
  </w:num>
  <w:num w:numId="7" w16cid:durableId="1260334745">
    <w:abstractNumId w:val="2"/>
  </w:num>
  <w:num w:numId="8" w16cid:durableId="675809859">
    <w:abstractNumId w:val="1"/>
  </w:num>
  <w:num w:numId="9" w16cid:durableId="209901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7513"/>
    <w:rsid w:val="0015074B"/>
    <w:rsid w:val="00257E4F"/>
    <w:rsid w:val="0029639D"/>
    <w:rsid w:val="00326F90"/>
    <w:rsid w:val="003D131A"/>
    <w:rsid w:val="0044274B"/>
    <w:rsid w:val="007270D1"/>
    <w:rsid w:val="008062F7"/>
    <w:rsid w:val="00866510"/>
    <w:rsid w:val="008C0473"/>
    <w:rsid w:val="00934A30"/>
    <w:rsid w:val="00956A46"/>
    <w:rsid w:val="009F13CA"/>
    <w:rsid w:val="00AA1D8D"/>
    <w:rsid w:val="00B47730"/>
    <w:rsid w:val="00CB0664"/>
    <w:rsid w:val="00DE0607"/>
    <w:rsid w:val="00F36D6D"/>
    <w:rsid w:val="00F643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451D0A"/>
  <w14:defaultImageDpi w14:val="300"/>
  <w15:docId w15:val="{E9327A99-20BE-4B48-A944-4CF52364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7365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Tool and Use-Case Evaluation Request Form</dc:title>
  <dc:subject>Concise NCI AI governance evaluation request and decision record</dc:subject>
  <dc:creator>National College of Ireland</dc:creator>
  <cp:keywords>AI governance, evaluation request, approval, risk, data protection</cp:keywords>
  <dc:description>Concise operational form aligned with the Artificial Intelligence Policy, Responsible Use of AI Procedure and Approved AI Tools and Services Register.</dc:description>
  <cp:lastModifiedBy>Niamh Hopkins</cp:lastModifiedBy>
  <cp:revision>10</cp:revision>
  <dcterms:created xsi:type="dcterms:W3CDTF">2026-08-10T11:01:00Z</dcterms:created>
  <dcterms:modified xsi:type="dcterms:W3CDTF">2026-08-10T14:20:00Z</dcterms:modified>
  <cp:category/>
</cp:coreProperties>
</file>